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56AA" w14:textId="77777777" w:rsidR="00A00812" w:rsidRDefault="00000000">
      <w:pPr>
        <w:spacing w:after="0"/>
        <w:jc w:val="center"/>
      </w:pPr>
      <w:proofErr w:type="spellStart"/>
      <w:r>
        <w:rPr>
          <w:b/>
          <w:sz w:val="24"/>
        </w:rPr>
        <w:t>Obec</w:t>
      </w:r>
      <w:proofErr w:type="spellEnd"/>
      <w:r>
        <w:rPr>
          <w:b/>
          <w:sz w:val="24"/>
        </w:rPr>
        <w:t xml:space="preserve"> Trnávka</w:t>
      </w:r>
    </w:p>
    <w:p w14:paraId="49169B7D" w14:textId="77777777" w:rsidR="00A00812" w:rsidRDefault="00000000">
      <w:pPr>
        <w:spacing w:after="240"/>
        <w:jc w:val="center"/>
      </w:pPr>
      <w:proofErr w:type="spellStart"/>
      <w:r>
        <w:rPr>
          <w:b/>
          <w:sz w:val="24"/>
        </w:rPr>
        <w:t>Zastupitelstvo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obce</w:t>
      </w:r>
      <w:proofErr w:type="spellEnd"/>
      <w:r>
        <w:rPr>
          <w:b/>
          <w:sz w:val="24"/>
        </w:rPr>
        <w:t xml:space="preserve"> Trnávka</w:t>
      </w:r>
    </w:p>
    <w:p w14:paraId="0357DB30" w14:textId="77777777" w:rsidR="00A00812" w:rsidRDefault="00000000">
      <w:pPr>
        <w:spacing w:after="0"/>
        <w:jc w:val="center"/>
      </w:pPr>
      <w:proofErr w:type="spellStart"/>
      <w:r>
        <w:rPr>
          <w:b/>
          <w:sz w:val="28"/>
        </w:rPr>
        <w:t>Obecně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závazná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vyhláška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obce</w:t>
      </w:r>
      <w:proofErr w:type="spellEnd"/>
      <w:r>
        <w:rPr>
          <w:b/>
          <w:sz w:val="28"/>
        </w:rPr>
        <w:t xml:space="preserve"> Trnávka</w:t>
      </w:r>
    </w:p>
    <w:p w14:paraId="5C806C92" w14:textId="77777777" w:rsidR="00A00812" w:rsidRDefault="00000000">
      <w:pPr>
        <w:spacing w:after="360"/>
        <w:jc w:val="center"/>
      </w:pPr>
      <w:r>
        <w:rPr>
          <w:b/>
          <w:sz w:val="28"/>
        </w:rPr>
        <w:t xml:space="preserve">o </w:t>
      </w:r>
      <w:proofErr w:type="spellStart"/>
      <w:r>
        <w:rPr>
          <w:b/>
          <w:sz w:val="28"/>
        </w:rPr>
        <w:t>stanovení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místního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koeficientu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daně</w:t>
      </w:r>
      <w:proofErr w:type="spellEnd"/>
      <w:r>
        <w:rPr>
          <w:b/>
          <w:sz w:val="28"/>
        </w:rPr>
        <w:t xml:space="preserve"> z </w:t>
      </w:r>
      <w:proofErr w:type="spellStart"/>
      <w:r>
        <w:rPr>
          <w:b/>
          <w:sz w:val="28"/>
        </w:rPr>
        <w:t>nemovitých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věcí</w:t>
      </w:r>
      <w:proofErr w:type="spellEnd"/>
    </w:p>
    <w:p w14:paraId="45D1F65B" w14:textId="09B90EDA" w:rsidR="00A00812" w:rsidRDefault="00000000">
      <w:pPr>
        <w:spacing w:after="280"/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Trnávka se na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AC601A">
        <w:t xml:space="preserve">15. 07. </w:t>
      </w:r>
      <w:r>
        <w:t xml:space="preserve">2026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na </w:t>
      </w:r>
      <w:proofErr w:type="spellStart"/>
      <w:r>
        <w:t>základě</w:t>
      </w:r>
      <w:proofErr w:type="spellEnd"/>
      <w:r>
        <w:t xml:space="preserve"> § 12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a) </w:t>
      </w:r>
      <w:proofErr w:type="spellStart"/>
      <w:r>
        <w:t>bodu</w:t>
      </w:r>
      <w:proofErr w:type="spellEnd"/>
      <w:r>
        <w:t xml:space="preserve"> 4 </w:t>
      </w:r>
      <w:proofErr w:type="spellStart"/>
      <w:r>
        <w:t>zákona</w:t>
      </w:r>
      <w:proofErr w:type="spellEnd"/>
      <w:r>
        <w:t xml:space="preserve"> č. 338/1992 Sb.,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nemovitých</w:t>
      </w:r>
      <w:proofErr w:type="spellEnd"/>
      <w:r>
        <w:t xml:space="preserve"> </w:t>
      </w:r>
      <w:proofErr w:type="spellStart"/>
      <w:r>
        <w:t>věcí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a v </w:t>
      </w:r>
      <w:proofErr w:type="spellStart"/>
      <w:r>
        <w:t>souladu</w:t>
      </w:r>
      <w:proofErr w:type="spellEnd"/>
      <w:r>
        <w:t xml:space="preserve"> s § 10 </w:t>
      </w:r>
      <w:proofErr w:type="spellStart"/>
      <w:r>
        <w:t>písm</w:t>
      </w:r>
      <w:proofErr w:type="spellEnd"/>
      <w:r>
        <w:t xml:space="preserve">. d) a § 84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h) </w:t>
      </w:r>
      <w:proofErr w:type="spellStart"/>
      <w:r>
        <w:t>zákona</w:t>
      </w:r>
      <w:proofErr w:type="spell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>:</w:t>
      </w:r>
    </w:p>
    <w:p w14:paraId="22E4C851" w14:textId="77777777" w:rsidR="00A00812" w:rsidRDefault="00000000">
      <w:pPr>
        <w:spacing w:before="200" w:after="80"/>
        <w:jc w:val="center"/>
      </w:pPr>
      <w:proofErr w:type="spellStart"/>
      <w:r>
        <w:rPr>
          <w:b/>
          <w:sz w:val="24"/>
        </w:rPr>
        <w:t>Čl</w:t>
      </w:r>
      <w:proofErr w:type="spellEnd"/>
      <w:r>
        <w:rPr>
          <w:b/>
          <w:sz w:val="24"/>
        </w:rPr>
        <w:t>. 1</w:t>
      </w:r>
    </w:p>
    <w:p w14:paraId="3DE59B4D" w14:textId="77777777" w:rsidR="00A00812" w:rsidRDefault="00000000">
      <w:pPr>
        <w:spacing w:after="240"/>
        <w:jc w:val="center"/>
      </w:pPr>
      <w:proofErr w:type="spellStart"/>
      <w:r>
        <w:rPr>
          <w:b/>
          <w:sz w:val="24"/>
        </w:rPr>
        <w:t>Místní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koeficient</w:t>
      </w:r>
      <w:proofErr w:type="spellEnd"/>
      <w:r>
        <w:rPr>
          <w:b/>
          <w:sz w:val="24"/>
        </w:rPr>
        <w:t xml:space="preserve"> pro </w:t>
      </w:r>
      <w:proofErr w:type="spellStart"/>
      <w:r>
        <w:rPr>
          <w:b/>
          <w:sz w:val="24"/>
        </w:rPr>
        <w:t>jednotlivou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skupinu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nemovitých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věcí</w:t>
      </w:r>
      <w:proofErr w:type="spellEnd"/>
    </w:p>
    <w:p w14:paraId="2C83A494" w14:textId="77777777" w:rsidR="00A00812" w:rsidRDefault="00000000">
      <w:pPr>
        <w:spacing w:after="120"/>
        <w:jc w:val="both"/>
      </w:pPr>
      <w:r>
        <w:t xml:space="preserve">(1)   </w:t>
      </w:r>
      <w:proofErr w:type="spellStart"/>
      <w:r>
        <w:t>Obec</w:t>
      </w:r>
      <w:proofErr w:type="spellEnd"/>
      <w:r>
        <w:t xml:space="preserve"> Trnávka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koeficient</w:t>
      </w:r>
      <w:proofErr w:type="spellEnd"/>
      <w:r>
        <w:t xml:space="preserve"> pro </w:t>
      </w:r>
      <w:proofErr w:type="spellStart"/>
      <w:r>
        <w:t>jednotlivou</w:t>
      </w:r>
      <w:proofErr w:type="spellEnd"/>
      <w:r>
        <w:t xml:space="preserve"> </w:t>
      </w:r>
      <w:proofErr w:type="spellStart"/>
      <w:r>
        <w:t>skupinu</w:t>
      </w:r>
      <w:proofErr w:type="spellEnd"/>
      <w:r>
        <w:t xml:space="preserve"> </w:t>
      </w:r>
      <w:proofErr w:type="spellStart"/>
      <w:r>
        <w:t>nemovitých</w:t>
      </w:r>
      <w:proofErr w:type="spellEnd"/>
      <w:r>
        <w:t xml:space="preserve"> </w:t>
      </w:r>
      <w:proofErr w:type="spellStart"/>
      <w:r>
        <w:t>věcí</w:t>
      </w:r>
      <w:proofErr w:type="spellEnd"/>
      <w:r>
        <w:t xml:space="preserve"> </w:t>
      </w:r>
      <w:proofErr w:type="spellStart"/>
      <w:r>
        <w:t>takto</w:t>
      </w:r>
      <w:proofErr w:type="spellEnd"/>
      <w:r>
        <w:t>:</w:t>
      </w:r>
    </w:p>
    <w:p w14:paraId="514D7FCE" w14:textId="77777777" w:rsidR="00A00812" w:rsidRDefault="00000000">
      <w:pPr>
        <w:spacing w:after="80"/>
        <w:ind w:left="680" w:hanging="397"/>
      </w:pPr>
      <w:r>
        <w:t xml:space="preserve">a)  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a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pro </w:t>
      </w:r>
      <w:proofErr w:type="spellStart"/>
      <w:r>
        <w:t>podnikání</w:t>
      </w:r>
      <w:proofErr w:type="spellEnd"/>
      <w:r>
        <w:t xml:space="preserve"> v </w:t>
      </w:r>
      <w:proofErr w:type="spellStart"/>
      <w:r>
        <w:t>zemědělské</w:t>
      </w:r>
      <w:proofErr w:type="spellEnd"/>
      <w:r>
        <w:t xml:space="preserve"> </w:t>
      </w:r>
      <w:proofErr w:type="spellStart"/>
      <w:r>
        <w:t>prvovýrobě</w:t>
      </w:r>
      <w:proofErr w:type="spellEnd"/>
      <w:r>
        <w:t xml:space="preserve">, </w:t>
      </w:r>
      <w:proofErr w:type="spellStart"/>
      <w:r>
        <w:t>lesním</w:t>
      </w:r>
      <w:proofErr w:type="spellEnd"/>
      <w:r>
        <w:t xml:space="preserve"> nebo </w:t>
      </w:r>
      <w:proofErr w:type="spellStart"/>
      <w:r>
        <w:t>vodním</w:t>
      </w:r>
      <w:proofErr w:type="spellEnd"/>
      <w:r>
        <w:t xml:space="preserve"> </w:t>
      </w:r>
      <w:proofErr w:type="spellStart"/>
      <w:r>
        <w:t>hospodářství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5,</w:t>
      </w:r>
    </w:p>
    <w:p w14:paraId="252CEAF6" w14:textId="77777777" w:rsidR="00A00812" w:rsidRDefault="00000000">
      <w:pPr>
        <w:spacing w:after="80"/>
        <w:ind w:left="680" w:hanging="397"/>
      </w:pPr>
      <w:r>
        <w:t xml:space="preserve">b)  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a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pro </w:t>
      </w:r>
      <w:proofErr w:type="spellStart"/>
      <w:r>
        <w:t>podnikání</w:t>
      </w:r>
      <w:proofErr w:type="spellEnd"/>
      <w:r>
        <w:t xml:space="preserve"> v </w:t>
      </w:r>
      <w:proofErr w:type="spellStart"/>
      <w:r>
        <w:t>průmyslu</w:t>
      </w:r>
      <w:proofErr w:type="spellEnd"/>
      <w:r>
        <w:t xml:space="preserve">, </w:t>
      </w:r>
      <w:proofErr w:type="spellStart"/>
      <w:r>
        <w:t>stavebnictví</w:t>
      </w:r>
      <w:proofErr w:type="spellEnd"/>
      <w:r>
        <w:t xml:space="preserve">, </w:t>
      </w:r>
      <w:proofErr w:type="spellStart"/>
      <w:r>
        <w:t>dopravě</w:t>
      </w:r>
      <w:proofErr w:type="spellEnd"/>
      <w:r>
        <w:t xml:space="preserve">, </w:t>
      </w:r>
      <w:proofErr w:type="spellStart"/>
      <w:r>
        <w:t>energetice</w:t>
      </w:r>
      <w:proofErr w:type="spellEnd"/>
      <w:r>
        <w:t xml:space="preserve"> nebo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zemědělské</w:t>
      </w:r>
      <w:proofErr w:type="spellEnd"/>
      <w:r>
        <w:t xml:space="preserve"> </w:t>
      </w:r>
      <w:proofErr w:type="spellStart"/>
      <w:r>
        <w:t>výrobě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5,</w:t>
      </w:r>
    </w:p>
    <w:p w14:paraId="473EB323" w14:textId="77777777" w:rsidR="00A00812" w:rsidRDefault="00000000">
      <w:pPr>
        <w:spacing w:after="80"/>
        <w:ind w:left="680" w:hanging="397"/>
      </w:pPr>
      <w:r>
        <w:t xml:space="preserve">c)  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a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pro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podnikání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5,</w:t>
      </w:r>
    </w:p>
    <w:p w14:paraId="4B6B2267" w14:textId="77777777" w:rsidR="00A00812" w:rsidRDefault="00000000">
      <w:pPr>
        <w:spacing w:after="80"/>
        <w:ind w:left="680" w:hanging="397"/>
      </w:pPr>
      <w:r>
        <w:t xml:space="preserve">d)  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zdanitelné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1,5,</w:t>
      </w:r>
    </w:p>
    <w:p w14:paraId="68139757" w14:textId="77777777" w:rsidR="00A00812" w:rsidRPr="00DD69AC" w:rsidRDefault="00000000">
      <w:pPr>
        <w:spacing w:after="80"/>
        <w:ind w:left="680" w:hanging="397"/>
        <w:rPr>
          <w:lang w:val="pl-PL"/>
        </w:rPr>
      </w:pPr>
      <w:r w:rsidRPr="00DD69AC">
        <w:rPr>
          <w:lang w:val="pl-PL"/>
        </w:rPr>
        <w:t>e)   ostatní zdanitelné jednotky ve výši 1,5.</w:t>
      </w:r>
    </w:p>
    <w:p w14:paraId="52A1E136" w14:textId="77777777" w:rsidR="00A00812" w:rsidRPr="00DD69AC" w:rsidRDefault="00000000">
      <w:pPr>
        <w:spacing w:after="240"/>
        <w:jc w:val="both"/>
        <w:rPr>
          <w:lang w:val="pl-PL"/>
        </w:rPr>
      </w:pPr>
      <w:r w:rsidRPr="00DD69AC">
        <w:rPr>
          <w:lang w:val="pl-PL"/>
        </w:rPr>
        <w:t>(2)   Místní koeficient pro jednotlivou skupinu nemovitých věcí se vztahuje na všechny nemovité věci dané skupiny nemovitých věcí na území celé obce Trnávka.</w:t>
      </w:r>
    </w:p>
    <w:p w14:paraId="2749B115" w14:textId="77777777" w:rsidR="00A00812" w:rsidRPr="00DD69AC" w:rsidRDefault="00000000">
      <w:pPr>
        <w:spacing w:before="200" w:after="80"/>
        <w:jc w:val="center"/>
        <w:rPr>
          <w:lang w:val="pl-PL"/>
        </w:rPr>
      </w:pPr>
      <w:r w:rsidRPr="00DD69AC">
        <w:rPr>
          <w:b/>
          <w:sz w:val="24"/>
          <w:lang w:val="pl-PL"/>
        </w:rPr>
        <w:t>Čl. 2</w:t>
      </w:r>
    </w:p>
    <w:p w14:paraId="511B2BA6" w14:textId="77777777" w:rsidR="00A00812" w:rsidRPr="00DD69AC" w:rsidRDefault="00000000">
      <w:pPr>
        <w:spacing w:after="240"/>
        <w:jc w:val="center"/>
        <w:rPr>
          <w:lang w:val="pl-PL"/>
        </w:rPr>
      </w:pPr>
      <w:r w:rsidRPr="00DD69AC">
        <w:rPr>
          <w:b/>
          <w:sz w:val="24"/>
          <w:lang w:val="pl-PL"/>
        </w:rPr>
        <w:t>Účinnost</w:t>
      </w:r>
    </w:p>
    <w:p w14:paraId="1A6661EA" w14:textId="77777777" w:rsidR="00A00812" w:rsidRPr="00DD69AC" w:rsidRDefault="00000000">
      <w:pPr>
        <w:spacing w:after="560"/>
        <w:jc w:val="both"/>
        <w:rPr>
          <w:lang w:val="pl-PL"/>
        </w:rPr>
      </w:pPr>
      <w:r w:rsidRPr="00DD69AC">
        <w:rPr>
          <w:lang w:val="pl-PL"/>
        </w:rPr>
        <w:t>Tato vyhláška nabývá účinnosti dnem 1. ledna 2027.</w:t>
      </w:r>
    </w:p>
    <w:p w14:paraId="64C702FB" w14:textId="768A1712" w:rsidR="00A00812" w:rsidRDefault="00000000">
      <w:pPr>
        <w:spacing w:after="600"/>
      </w:pPr>
      <w:r>
        <w:t xml:space="preserve">V </w:t>
      </w:r>
      <w:proofErr w:type="spellStart"/>
      <w:r>
        <w:t>Trnávce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5B7EF3">
        <w:t>27. 07.</w:t>
      </w:r>
      <w:r>
        <w:t xml:space="preserve">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A00812" w14:paraId="12636715" w14:textId="77777777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41CA4122" w14:textId="77777777" w:rsidR="00A00812" w:rsidRDefault="00000000">
            <w:pPr>
              <w:jc w:val="center"/>
            </w:pPr>
            <w:r>
              <w:t>........................................</w:t>
            </w:r>
            <w:r>
              <w:br/>
            </w:r>
            <w:proofErr w:type="spellStart"/>
            <w:r>
              <w:t>Bc</w:t>
            </w:r>
            <w:proofErr w:type="spellEnd"/>
            <w:r>
              <w:t>. Tereza Veselá</w:t>
            </w:r>
            <w:r>
              <w:br/>
            </w:r>
            <w:proofErr w:type="spellStart"/>
            <w:r>
              <w:t>starostka</w:t>
            </w:r>
            <w:proofErr w:type="spellEnd"/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0731890D" w14:textId="00D79A7F" w:rsidR="00A00812" w:rsidRDefault="00000000">
            <w:pPr>
              <w:jc w:val="center"/>
            </w:pPr>
            <w:r>
              <w:t>........................................</w:t>
            </w:r>
            <w:r>
              <w:br/>
            </w:r>
            <w:r w:rsidR="00DD69AC">
              <w:t>Václava Likešová</w:t>
            </w:r>
            <w:r>
              <w:br/>
            </w:r>
            <w:proofErr w:type="spellStart"/>
            <w:r>
              <w:t>místostarostka</w:t>
            </w:r>
            <w:proofErr w:type="spellEnd"/>
          </w:p>
        </w:tc>
      </w:tr>
      <w:tr w:rsidR="00A00812" w14:paraId="6781F071" w14:textId="77777777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0A763C51" w14:textId="77777777" w:rsidR="00A00812" w:rsidRDefault="00A00812">
            <w:pPr>
              <w:spacing w:after="0"/>
              <w:jc w:val="center"/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74F49EED" w14:textId="77777777" w:rsidR="00A00812" w:rsidRDefault="00A00812">
            <w:pPr>
              <w:spacing w:after="0"/>
              <w:jc w:val="center"/>
            </w:pPr>
          </w:p>
        </w:tc>
      </w:tr>
    </w:tbl>
    <w:p w14:paraId="7EF2131C" w14:textId="77777777" w:rsidR="00554A44" w:rsidRDefault="00554A44"/>
    <w:sectPr w:rsidR="00554A44" w:rsidSect="00034616">
      <w:pgSz w:w="12240" w:h="15840"/>
      <w:pgMar w:top="1020" w:right="1304" w:bottom="102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1672239">
    <w:abstractNumId w:val="8"/>
  </w:num>
  <w:num w:numId="2" w16cid:durableId="1940478858">
    <w:abstractNumId w:val="6"/>
  </w:num>
  <w:num w:numId="3" w16cid:durableId="2000769852">
    <w:abstractNumId w:val="5"/>
  </w:num>
  <w:num w:numId="4" w16cid:durableId="1784492019">
    <w:abstractNumId w:val="4"/>
  </w:num>
  <w:num w:numId="5" w16cid:durableId="575166603">
    <w:abstractNumId w:val="7"/>
  </w:num>
  <w:num w:numId="6" w16cid:durableId="373236470">
    <w:abstractNumId w:val="3"/>
  </w:num>
  <w:num w:numId="7" w16cid:durableId="1815365440">
    <w:abstractNumId w:val="2"/>
  </w:num>
  <w:num w:numId="8" w16cid:durableId="1395660158">
    <w:abstractNumId w:val="1"/>
  </w:num>
  <w:num w:numId="9" w16cid:durableId="23601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173F"/>
    <w:rsid w:val="0029639D"/>
    <w:rsid w:val="00326F90"/>
    <w:rsid w:val="00370449"/>
    <w:rsid w:val="00554A44"/>
    <w:rsid w:val="005B7EF3"/>
    <w:rsid w:val="00A00812"/>
    <w:rsid w:val="00AA1D8D"/>
    <w:rsid w:val="00AC601A"/>
    <w:rsid w:val="00B47730"/>
    <w:rsid w:val="00CB0664"/>
    <w:rsid w:val="00DD69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AAFFD"/>
  <w14:defaultImageDpi w14:val="300"/>
  <w15:docId w15:val="{0927E16B-EF11-4C40-9901-5ECE842A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Václava Likešová</cp:lastModifiedBy>
  <cp:revision>2</cp:revision>
  <dcterms:created xsi:type="dcterms:W3CDTF">2026-08-21T09:06:00Z</dcterms:created>
  <dcterms:modified xsi:type="dcterms:W3CDTF">2026-08-21T09:06:00Z</dcterms:modified>
  <cp:category/>
</cp:coreProperties>
</file>