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06447C" w14:paraId="67A28BB7" w14:textId="77777777">
        <w:tc>
          <w:tcPr>
            <w:tcW w:w="4929" w:type="dxa"/>
          </w:tcPr>
          <w:p w14:paraId="722F012A" w14:textId="77777777" w:rsidR="0006447C" w:rsidRDefault="00000000">
            <w:r>
              <w:rPr>
                <w:sz w:val="18"/>
              </w:rPr>
              <w:t>Obec Lhota u Příbramě</w:t>
            </w:r>
          </w:p>
        </w:tc>
        <w:tc>
          <w:tcPr>
            <w:tcW w:w="4929" w:type="dxa"/>
          </w:tcPr>
          <w:p w14:paraId="104CA6AA" w14:textId="6DF80CF9" w:rsidR="0006447C" w:rsidRDefault="00000000">
            <w:pPr>
              <w:jc w:val="right"/>
            </w:pPr>
            <w:proofErr w:type="spellStart"/>
            <w:r>
              <w:rPr>
                <w:sz w:val="18"/>
              </w:rPr>
              <w:t>Obecně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závazná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vyhláška</w:t>
            </w:r>
            <w:proofErr w:type="spellEnd"/>
            <w:r>
              <w:rPr>
                <w:sz w:val="18"/>
              </w:rPr>
              <w:t xml:space="preserve"> č. </w:t>
            </w:r>
            <w:r w:rsidR="00F767F8">
              <w:rPr>
                <w:sz w:val="18"/>
              </w:rPr>
              <w:t>2</w:t>
            </w:r>
            <w:r>
              <w:rPr>
                <w:sz w:val="18"/>
              </w:rPr>
              <w:t>/2026</w:t>
            </w:r>
          </w:p>
        </w:tc>
      </w:tr>
    </w:tbl>
    <w:p w14:paraId="1CBE89DA" w14:textId="77777777" w:rsidR="00224703" w:rsidRDefault="00224703" w:rsidP="00224703">
      <w:pPr>
        <w:jc w:val="center"/>
        <w:rPr>
          <w:rFonts w:eastAsia="Times New Roman" w:cs="Arial"/>
          <w:b/>
        </w:rPr>
      </w:pPr>
      <w:r>
        <w:rPr>
          <w:rFonts w:cs="Arial"/>
          <w:b/>
        </w:rPr>
        <w:t>OBEC LHOTA U PŘÍBRAMĚ</w:t>
      </w:r>
    </w:p>
    <w:p w14:paraId="54BB361A" w14:textId="77777777" w:rsidR="00224703" w:rsidRDefault="00224703" w:rsidP="00224703">
      <w:pPr>
        <w:jc w:val="center"/>
        <w:rPr>
          <w:rFonts w:cs="Arial"/>
          <w:b/>
        </w:rPr>
      </w:pPr>
      <w:proofErr w:type="spellStart"/>
      <w:r>
        <w:rPr>
          <w:rFonts w:cs="Arial"/>
          <w:b/>
        </w:rPr>
        <w:t>Zastupitelstvo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obce</w:t>
      </w:r>
      <w:proofErr w:type="spellEnd"/>
      <w:r>
        <w:rPr>
          <w:rFonts w:cs="Arial"/>
          <w:b/>
        </w:rPr>
        <w:t xml:space="preserve"> Lhota u Příbramě</w:t>
      </w:r>
    </w:p>
    <w:p w14:paraId="7AD9AF0E" w14:textId="77777777" w:rsidR="00224703" w:rsidRDefault="00224703">
      <w:pPr>
        <w:jc w:val="center"/>
        <w:rPr>
          <w:b/>
          <w:sz w:val="24"/>
        </w:rPr>
      </w:pPr>
    </w:p>
    <w:p w14:paraId="0BA99AEF" w14:textId="6E562BC2" w:rsidR="0006447C" w:rsidRDefault="00000000">
      <w:pPr>
        <w:jc w:val="center"/>
      </w:pPr>
      <w:proofErr w:type="spellStart"/>
      <w:r>
        <w:rPr>
          <w:b/>
          <w:sz w:val="24"/>
        </w:rPr>
        <w:t>Obecně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závazná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vyhláška</w:t>
      </w:r>
      <w:proofErr w:type="spellEnd"/>
      <w:r>
        <w:rPr>
          <w:b/>
          <w:sz w:val="24"/>
        </w:rPr>
        <w:t xml:space="preserve"> č. </w:t>
      </w:r>
      <w:r w:rsidR="00F767F8">
        <w:rPr>
          <w:b/>
          <w:sz w:val="24"/>
        </w:rPr>
        <w:t>2</w:t>
      </w:r>
      <w:r>
        <w:rPr>
          <w:b/>
          <w:sz w:val="24"/>
        </w:rPr>
        <w:t>/2026</w:t>
      </w:r>
    </w:p>
    <w:p w14:paraId="04A97062" w14:textId="6601639A" w:rsidR="0006447C" w:rsidRDefault="00000000">
      <w:pPr>
        <w:jc w:val="center"/>
      </w:pPr>
      <w:r>
        <w:rPr>
          <w:b/>
        </w:rPr>
        <w:t xml:space="preserve">ze </w:t>
      </w:r>
      <w:proofErr w:type="spellStart"/>
      <w:r>
        <w:rPr>
          <w:b/>
        </w:rPr>
        <w:t>dne</w:t>
      </w:r>
      <w:proofErr w:type="spellEnd"/>
      <w:r w:rsidR="00F767F8">
        <w:rPr>
          <w:b/>
        </w:rPr>
        <w:t xml:space="preserve"> 7.10.2026</w:t>
      </w:r>
    </w:p>
    <w:p w14:paraId="734923DC" w14:textId="77777777" w:rsidR="0006447C" w:rsidRDefault="00000000">
      <w:pPr>
        <w:jc w:val="center"/>
        <w:rPr>
          <w:b/>
        </w:rPr>
      </w:pPr>
      <w:r>
        <w:rPr>
          <w:b/>
        </w:rPr>
        <w:t xml:space="preserve">o </w:t>
      </w:r>
      <w:proofErr w:type="spellStart"/>
      <w:r>
        <w:rPr>
          <w:b/>
        </w:rPr>
        <w:t>stanovení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částí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společných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školských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obvodů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základních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zřízených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městem</w:t>
      </w:r>
      <w:proofErr w:type="spellEnd"/>
      <w:r>
        <w:rPr>
          <w:b/>
        </w:rPr>
        <w:t xml:space="preserve"> Příbram</w:t>
      </w:r>
    </w:p>
    <w:p w14:paraId="66200A64" w14:textId="77777777" w:rsidR="00224703" w:rsidRDefault="00224703">
      <w:pPr>
        <w:jc w:val="center"/>
      </w:pPr>
    </w:p>
    <w:p w14:paraId="57F19AF8" w14:textId="33015434" w:rsidR="0006447C" w:rsidRDefault="00000000">
      <w:pPr>
        <w:jc w:val="both"/>
      </w:pPr>
      <w:proofErr w:type="spellStart"/>
      <w:r>
        <w:t>Zastupitelstvo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Lhota u Příbramě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svém</w:t>
      </w:r>
      <w:proofErr w:type="spellEnd"/>
      <w:r>
        <w:t xml:space="preserve"> </w:t>
      </w:r>
      <w:proofErr w:type="spellStart"/>
      <w:r>
        <w:t>zasedání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 </w:t>
      </w:r>
      <w:r w:rsidR="00F767F8">
        <w:t>7.10.2026</w:t>
      </w:r>
      <w:r>
        <w:t xml:space="preserve"> </w:t>
      </w:r>
      <w:proofErr w:type="spellStart"/>
      <w:r>
        <w:t>usnesením</w:t>
      </w:r>
      <w:proofErr w:type="spellEnd"/>
      <w:r>
        <w:t xml:space="preserve"> č. </w:t>
      </w:r>
      <w:r w:rsidR="00F767F8">
        <w:t>6/5/2026</w:t>
      </w:r>
      <w:r>
        <w:t xml:space="preserve"> </w:t>
      </w:r>
      <w:proofErr w:type="spellStart"/>
      <w:r>
        <w:t>usneslo</w:t>
      </w:r>
      <w:proofErr w:type="spellEnd"/>
      <w:r>
        <w:t xml:space="preserve"> </w:t>
      </w:r>
      <w:proofErr w:type="spellStart"/>
      <w:r>
        <w:t>vydat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základě</w:t>
      </w:r>
      <w:proofErr w:type="spellEnd"/>
      <w:r>
        <w:t xml:space="preserve"> § 178 </w:t>
      </w:r>
      <w:proofErr w:type="spellStart"/>
      <w:r>
        <w:t>odst</w:t>
      </w:r>
      <w:proofErr w:type="spellEnd"/>
      <w:r>
        <w:t xml:space="preserve">. 2 </w:t>
      </w:r>
      <w:proofErr w:type="spellStart"/>
      <w:r>
        <w:t>písm</w:t>
      </w:r>
      <w:proofErr w:type="spellEnd"/>
      <w:r>
        <w:t xml:space="preserve">. c) </w:t>
      </w:r>
      <w:proofErr w:type="spellStart"/>
      <w:r>
        <w:t>zákona</w:t>
      </w:r>
      <w:proofErr w:type="spellEnd"/>
      <w:r>
        <w:t xml:space="preserve"> č. 561/2004 Sb., o </w:t>
      </w:r>
      <w:proofErr w:type="spellStart"/>
      <w:r>
        <w:t>předškolním</w:t>
      </w:r>
      <w:proofErr w:type="spellEnd"/>
      <w:r>
        <w:t xml:space="preserve">, </w:t>
      </w:r>
      <w:proofErr w:type="spellStart"/>
      <w:r>
        <w:t>základním</w:t>
      </w:r>
      <w:proofErr w:type="spellEnd"/>
      <w:r>
        <w:t xml:space="preserve">, </w:t>
      </w:r>
      <w:proofErr w:type="spellStart"/>
      <w:r>
        <w:t>středním</w:t>
      </w:r>
      <w:proofErr w:type="spellEnd"/>
      <w:r>
        <w:t xml:space="preserve">, </w:t>
      </w:r>
      <w:proofErr w:type="spellStart"/>
      <w:r>
        <w:t>vyšším</w:t>
      </w:r>
      <w:proofErr w:type="spellEnd"/>
      <w:r>
        <w:t xml:space="preserve"> </w:t>
      </w:r>
      <w:proofErr w:type="spellStart"/>
      <w:r>
        <w:t>odborném</w:t>
      </w:r>
      <w:proofErr w:type="spellEnd"/>
      <w:r>
        <w:t xml:space="preserve"> a </w:t>
      </w:r>
      <w:proofErr w:type="spellStart"/>
      <w:r>
        <w:t>jiném</w:t>
      </w:r>
      <w:proofErr w:type="spellEnd"/>
      <w:r>
        <w:t xml:space="preserve"> </w:t>
      </w:r>
      <w:proofErr w:type="spellStart"/>
      <w:r>
        <w:t>vzdělávání</w:t>
      </w:r>
      <w:proofErr w:type="spellEnd"/>
      <w:r>
        <w:t xml:space="preserve"> (</w:t>
      </w:r>
      <w:proofErr w:type="spellStart"/>
      <w:r>
        <w:t>školský</w:t>
      </w:r>
      <w:proofErr w:type="spellEnd"/>
      <w:r>
        <w:t xml:space="preserve"> </w:t>
      </w:r>
      <w:proofErr w:type="spellStart"/>
      <w:r>
        <w:t>zákon</w:t>
      </w:r>
      <w:proofErr w:type="spellEnd"/>
      <w:r>
        <w:t xml:space="preserve">),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účinném</w:t>
      </w:r>
      <w:proofErr w:type="spellEnd"/>
      <w:r>
        <w:t xml:space="preserve"> </w:t>
      </w:r>
      <w:proofErr w:type="spellStart"/>
      <w:r>
        <w:t>přede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nabytí</w:t>
      </w:r>
      <w:proofErr w:type="spellEnd"/>
      <w:r>
        <w:t xml:space="preserve"> </w:t>
      </w:r>
      <w:proofErr w:type="spellStart"/>
      <w:r>
        <w:t>účinnosti</w:t>
      </w:r>
      <w:proofErr w:type="spellEnd"/>
      <w:r>
        <w:t xml:space="preserve"> </w:t>
      </w:r>
      <w:proofErr w:type="spellStart"/>
      <w:r>
        <w:t>zákona</w:t>
      </w:r>
      <w:proofErr w:type="spellEnd"/>
      <w:r>
        <w:t xml:space="preserve"> č. 267/2025 Sb., </w:t>
      </w:r>
      <w:proofErr w:type="spellStart"/>
      <w:r>
        <w:t>ve</w:t>
      </w:r>
      <w:proofErr w:type="spellEnd"/>
      <w:r>
        <w:t xml:space="preserve"> </w:t>
      </w:r>
      <w:proofErr w:type="spellStart"/>
      <w:r>
        <w:t>spojení</w:t>
      </w:r>
      <w:proofErr w:type="spellEnd"/>
      <w:r>
        <w:t xml:space="preserve"> s </w:t>
      </w:r>
      <w:proofErr w:type="spellStart"/>
      <w:r>
        <w:t>čl</w:t>
      </w:r>
      <w:proofErr w:type="spellEnd"/>
      <w:r>
        <w:t xml:space="preserve">. II </w:t>
      </w:r>
      <w:proofErr w:type="spellStart"/>
      <w:r>
        <w:t>bodem</w:t>
      </w:r>
      <w:proofErr w:type="spellEnd"/>
      <w:r>
        <w:t xml:space="preserve"> 7 </w:t>
      </w:r>
      <w:proofErr w:type="spellStart"/>
      <w:r>
        <w:t>zákona</w:t>
      </w:r>
      <w:proofErr w:type="spellEnd"/>
      <w:r>
        <w:t xml:space="preserve"> č. 267/2025 Sb., a v </w:t>
      </w:r>
      <w:proofErr w:type="spellStart"/>
      <w:r>
        <w:t>souladu</w:t>
      </w:r>
      <w:proofErr w:type="spellEnd"/>
      <w:r>
        <w:t xml:space="preserve"> s § 10 </w:t>
      </w:r>
      <w:proofErr w:type="spellStart"/>
      <w:r>
        <w:t>písm</w:t>
      </w:r>
      <w:proofErr w:type="spellEnd"/>
      <w:r>
        <w:t xml:space="preserve">. d) a § 84 </w:t>
      </w:r>
      <w:proofErr w:type="spellStart"/>
      <w:r>
        <w:t>odst</w:t>
      </w:r>
      <w:proofErr w:type="spellEnd"/>
      <w:r>
        <w:t xml:space="preserve">. 2 </w:t>
      </w:r>
      <w:proofErr w:type="spellStart"/>
      <w:r>
        <w:t>písm</w:t>
      </w:r>
      <w:proofErr w:type="spellEnd"/>
      <w:r>
        <w:t xml:space="preserve">. h) </w:t>
      </w:r>
      <w:proofErr w:type="spellStart"/>
      <w:r>
        <w:t>zákona</w:t>
      </w:r>
      <w:proofErr w:type="spellEnd"/>
      <w:r>
        <w:t xml:space="preserve"> č. 128/2000 Sb., o </w:t>
      </w:r>
      <w:proofErr w:type="spellStart"/>
      <w:r>
        <w:t>obcích</w:t>
      </w:r>
      <w:proofErr w:type="spellEnd"/>
      <w:r>
        <w:t xml:space="preserve"> (</w:t>
      </w:r>
      <w:proofErr w:type="spellStart"/>
      <w:r>
        <w:t>obecní</w:t>
      </w:r>
      <w:proofErr w:type="spellEnd"/>
      <w:r>
        <w:t xml:space="preserve"> </w:t>
      </w:r>
      <w:proofErr w:type="spellStart"/>
      <w:r>
        <w:t>zřízení</w:t>
      </w:r>
      <w:proofErr w:type="spellEnd"/>
      <w:r>
        <w:t xml:space="preserve">),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 xml:space="preserve">,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obecně</w:t>
      </w:r>
      <w:proofErr w:type="spellEnd"/>
      <w:r>
        <w:t xml:space="preserve"> </w:t>
      </w:r>
      <w:proofErr w:type="spellStart"/>
      <w:r>
        <w:t>závaznou</w:t>
      </w:r>
      <w:proofErr w:type="spellEnd"/>
      <w:r>
        <w:t xml:space="preserve"> </w:t>
      </w:r>
      <w:proofErr w:type="spellStart"/>
      <w:r>
        <w:t>vyhlášku</w:t>
      </w:r>
      <w:proofErr w:type="spellEnd"/>
      <w:r>
        <w:t xml:space="preserve"> 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proofErr w:type="gramStart"/>
      <w:r>
        <w:t>vyhláška</w:t>
      </w:r>
      <w:proofErr w:type="spellEnd"/>
      <w:r>
        <w:t>“</w:t>
      </w:r>
      <w:proofErr w:type="gramEnd"/>
      <w:r>
        <w:t>):</w:t>
      </w:r>
    </w:p>
    <w:p w14:paraId="659457BA" w14:textId="77777777" w:rsidR="00224703" w:rsidRDefault="00224703">
      <w:pPr>
        <w:jc w:val="both"/>
      </w:pPr>
    </w:p>
    <w:p w14:paraId="6AD2F33C" w14:textId="77777777" w:rsidR="0006447C" w:rsidRDefault="00000000">
      <w:pPr>
        <w:spacing w:before="180" w:after="20"/>
        <w:jc w:val="center"/>
      </w:pPr>
      <w:proofErr w:type="spellStart"/>
      <w:r>
        <w:rPr>
          <w:b/>
        </w:rPr>
        <w:t>Čl</w:t>
      </w:r>
      <w:proofErr w:type="spellEnd"/>
      <w:r>
        <w:rPr>
          <w:b/>
        </w:rPr>
        <w:t>. 1</w:t>
      </w:r>
    </w:p>
    <w:p w14:paraId="39CA2827" w14:textId="77777777" w:rsidR="0006447C" w:rsidRDefault="00000000">
      <w:pPr>
        <w:spacing w:after="140"/>
        <w:jc w:val="center"/>
      </w:pPr>
      <w:proofErr w:type="spellStart"/>
      <w:r>
        <w:rPr>
          <w:b/>
        </w:rPr>
        <w:t>Stanovení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částí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společných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školských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obvodů</w:t>
      </w:r>
      <w:proofErr w:type="spellEnd"/>
    </w:p>
    <w:p w14:paraId="1B73349D" w14:textId="06982411" w:rsidR="0006447C" w:rsidRDefault="00000000">
      <w:pPr>
        <w:jc w:val="both"/>
      </w:pPr>
      <w:r>
        <w:t xml:space="preserve">Na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o </w:t>
      </w:r>
      <w:proofErr w:type="spellStart"/>
      <w:r>
        <w:t>vytvoření</w:t>
      </w:r>
      <w:proofErr w:type="spellEnd"/>
      <w:r>
        <w:t xml:space="preserve"> </w:t>
      </w:r>
      <w:proofErr w:type="spellStart"/>
      <w:r>
        <w:t>společných</w:t>
      </w:r>
      <w:proofErr w:type="spellEnd"/>
      <w:r>
        <w:t xml:space="preserve"> </w:t>
      </w:r>
      <w:proofErr w:type="spellStart"/>
      <w:r>
        <w:t>školských</w:t>
      </w:r>
      <w:proofErr w:type="spellEnd"/>
      <w:r>
        <w:t xml:space="preserve"> </w:t>
      </w:r>
      <w:proofErr w:type="spellStart"/>
      <w:r>
        <w:t>obvodů</w:t>
      </w:r>
      <w:proofErr w:type="spellEnd"/>
      <w:r>
        <w:t xml:space="preserve"> </w:t>
      </w:r>
      <w:proofErr w:type="spellStart"/>
      <w:r>
        <w:t>základních</w:t>
      </w:r>
      <w:proofErr w:type="spellEnd"/>
      <w:r>
        <w:t xml:space="preserve"> </w:t>
      </w:r>
      <w:proofErr w:type="spellStart"/>
      <w:r>
        <w:t>škol</w:t>
      </w:r>
      <w:proofErr w:type="spellEnd"/>
      <w:r>
        <w:t xml:space="preserve"> </w:t>
      </w:r>
      <w:proofErr w:type="spellStart"/>
      <w:r>
        <w:t>uzavřené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</w:t>
      </w:r>
      <w:proofErr w:type="spellStart"/>
      <w:r>
        <w:t>městem</w:t>
      </w:r>
      <w:proofErr w:type="spellEnd"/>
      <w:r>
        <w:t xml:space="preserve"> Příbram, obcí Podlesí </w:t>
      </w:r>
      <w:proofErr w:type="gramStart"/>
      <w:r>
        <w:t>a</w:t>
      </w:r>
      <w:proofErr w:type="gramEnd"/>
      <w:r>
        <w:t xml:space="preserve"> obcí Lhota u Příbramě </w:t>
      </w:r>
      <w:proofErr w:type="spellStart"/>
      <w:r>
        <w:t>dne</w:t>
      </w:r>
      <w:proofErr w:type="spellEnd"/>
      <w:r>
        <w:t xml:space="preserve"> </w:t>
      </w:r>
      <w:r w:rsidR="00F767F8">
        <w:t>8.10.2026</w:t>
      </w:r>
      <w:r>
        <w:t xml:space="preserve"> se </w:t>
      </w:r>
      <w:proofErr w:type="spellStart"/>
      <w:r>
        <w:t>stanoví</w:t>
      </w:r>
      <w:proofErr w:type="spellEnd"/>
      <w:r>
        <w:t xml:space="preserve">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části</w:t>
      </w:r>
      <w:proofErr w:type="spellEnd"/>
      <w:r>
        <w:t xml:space="preserve"> </w:t>
      </w:r>
      <w:proofErr w:type="spellStart"/>
      <w:r>
        <w:t>společných</w:t>
      </w:r>
      <w:proofErr w:type="spellEnd"/>
      <w:r>
        <w:t xml:space="preserve"> </w:t>
      </w:r>
      <w:proofErr w:type="spellStart"/>
      <w:r>
        <w:t>školských</w:t>
      </w:r>
      <w:proofErr w:type="spellEnd"/>
      <w:r>
        <w:t xml:space="preserve"> </w:t>
      </w:r>
      <w:proofErr w:type="spellStart"/>
      <w:r>
        <w:t>obvodů</w:t>
      </w:r>
      <w:proofErr w:type="spellEnd"/>
      <w:r>
        <w:t xml:space="preserve"> </w:t>
      </w:r>
      <w:proofErr w:type="spellStart"/>
      <w:r>
        <w:t>takto</w:t>
      </w:r>
      <w:proofErr w:type="spellEnd"/>
      <w:r>
        <w:t>:</w:t>
      </w:r>
    </w:p>
    <w:p w14:paraId="2DB639B6" w14:textId="77777777" w:rsidR="0006447C" w:rsidRDefault="00000000">
      <w:r>
        <w:rPr>
          <w:b/>
        </w:rPr>
        <w:t xml:space="preserve">1. Pro </w:t>
      </w:r>
      <w:proofErr w:type="spellStart"/>
      <w:r>
        <w:rPr>
          <w:b/>
        </w:rPr>
        <w:t>první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stupeň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základních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</w:t>
      </w:r>
      <w:proofErr w:type="spellEnd"/>
      <w:r>
        <w:rPr>
          <w:b/>
        </w:rPr>
        <w:t>:</w:t>
      </w:r>
    </w:p>
    <w:p w14:paraId="42D0CA51" w14:textId="77777777" w:rsidR="0006447C" w:rsidRDefault="00000000">
      <w:pPr>
        <w:ind w:left="340" w:hanging="283"/>
      </w:pPr>
      <w:r>
        <w:t xml:space="preserve">1)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pod </w:t>
      </w:r>
      <w:proofErr w:type="spellStart"/>
      <w:r>
        <w:t>Svatou</w:t>
      </w:r>
      <w:proofErr w:type="spellEnd"/>
      <w:r>
        <w:t xml:space="preserve"> </w:t>
      </w:r>
      <w:proofErr w:type="spellStart"/>
      <w:r>
        <w:t>Horou</w:t>
      </w:r>
      <w:proofErr w:type="spellEnd"/>
      <w:r>
        <w:t xml:space="preserve">, Příbram,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Balbínova</w:t>
      </w:r>
      <w:proofErr w:type="spellEnd"/>
      <w:r>
        <w:t xml:space="preserve"> 328, 261 01 Příbram II;</w:t>
      </w:r>
    </w:p>
    <w:p w14:paraId="5EEE5F0A" w14:textId="77777777" w:rsidR="0006447C" w:rsidRDefault="00000000">
      <w:pPr>
        <w:ind w:left="340" w:hanging="283"/>
      </w:pPr>
      <w:r>
        <w:t xml:space="preserve">2)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II, </w:t>
      </w:r>
      <w:proofErr w:type="spellStart"/>
      <w:r>
        <w:t>Jiráskovy</w:t>
      </w:r>
      <w:proofErr w:type="spellEnd"/>
      <w:r>
        <w:t xml:space="preserve"> </w:t>
      </w:r>
      <w:proofErr w:type="spellStart"/>
      <w:r>
        <w:t>sady</w:t>
      </w:r>
      <w:proofErr w:type="spellEnd"/>
      <w:r>
        <w:t xml:space="preserve"> 273,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Jiráskovy</w:t>
      </w:r>
      <w:proofErr w:type="spellEnd"/>
      <w:r>
        <w:t xml:space="preserve"> </w:t>
      </w:r>
      <w:proofErr w:type="spellStart"/>
      <w:r>
        <w:t>sady</w:t>
      </w:r>
      <w:proofErr w:type="spellEnd"/>
      <w:r>
        <w:t xml:space="preserve"> 273, 261 01 Příbram II;</w:t>
      </w:r>
    </w:p>
    <w:p w14:paraId="79C0E5C2" w14:textId="77777777" w:rsidR="0006447C" w:rsidRDefault="00000000">
      <w:pPr>
        <w:ind w:left="340" w:hanging="283"/>
      </w:pPr>
      <w:r>
        <w:t xml:space="preserve">3)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– </w:t>
      </w:r>
      <w:proofErr w:type="spellStart"/>
      <w:r>
        <w:t>Březové</w:t>
      </w:r>
      <w:proofErr w:type="spellEnd"/>
      <w:r>
        <w:t xml:space="preserve"> </w:t>
      </w:r>
      <w:proofErr w:type="spellStart"/>
      <w:r>
        <w:t>Hory</w:t>
      </w:r>
      <w:proofErr w:type="spellEnd"/>
      <w:r>
        <w:t xml:space="preserve">, </w:t>
      </w:r>
      <w:proofErr w:type="spellStart"/>
      <w:r>
        <w:t>Prokopská</w:t>
      </w:r>
      <w:proofErr w:type="spellEnd"/>
      <w:r>
        <w:t xml:space="preserve"> 337,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Prokopská</w:t>
      </w:r>
      <w:proofErr w:type="spellEnd"/>
      <w:r>
        <w:t xml:space="preserve"> 337, 261 01 Příbram VI – </w:t>
      </w:r>
      <w:proofErr w:type="spellStart"/>
      <w:r>
        <w:t>Březové</w:t>
      </w:r>
      <w:proofErr w:type="spellEnd"/>
      <w:r>
        <w:t xml:space="preserve"> </w:t>
      </w:r>
      <w:proofErr w:type="spellStart"/>
      <w:r>
        <w:t>Hory</w:t>
      </w:r>
      <w:proofErr w:type="spellEnd"/>
      <w:r>
        <w:t>;</w:t>
      </w:r>
    </w:p>
    <w:p w14:paraId="783B4F97" w14:textId="77777777" w:rsidR="0006447C" w:rsidRDefault="00000000">
      <w:pPr>
        <w:ind w:left="340" w:hanging="283"/>
      </w:pPr>
      <w:r>
        <w:t xml:space="preserve">4)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VII, </w:t>
      </w:r>
      <w:proofErr w:type="spellStart"/>
      <w:r>
        <w:t>Bratří</w:t>
      </w:r>
      <w:proofErr w:type="spellEnd"/>
      <w:r>
        <w:t xml:space="preserve"> </w:t>
      </w:r>
      <w:proofErr w:type="spellStart"/>
      <w:r>
        <w:t>Čapků</w:t>
      </w:r>
      <w:proofErr w:type="spellEnd"/>
      <w:r>
        <w:t xml:space="preserve"> 279, </w:t>
      </w:r>
      <w:proofErr w:type="spellStart"/>
      <w:r>
        <w:t>příspěvková</w:t>
      </w:r>
      <w:proofErr w:type="spellEnd"/>
      <w:r>
        <w:t xml:space="preserve"> </w:t>
      </w:r>
      <w:proofErr w:type="spellStart"/>
      <w:r>
        <w:t>organizace</w:t>
      </w:r>
      <w:proofErr w:type="spellEnd"/>
      <w:r>
        <w:t xml:space="preserve">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Bratří</w:t>
      </w:r>
      <w:proofErr w:type="spellEnd"/>
      <w:r>
        <w:t xml:space="preserve"> </w:t>
      </w:r>
      <w:proofErr w:type="spellStart"/>
      <w:r>
        <w:t>Čapků</w:t>
      </w:r>
      <w:proofErr w:type="spellEnd"/>
      <w:r>
        <w:t xml:space="preserve"> 279, 261 01 Příbram VII;</w:t>
      </w:r>
    </w:p>
    <w:p w14:paraId="16694779" w14:textId="77777777" w:rsidR="0006447C" w:rsidRDefault="00000000">
      <w:pPr>
        <w:ind w:left="340" w:hanging="283"/>
      </w:pPr>
      <w:r>
        <w:t xml:space="preserve">5)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VII, 28. </w:t>
      </w:r>
      <w:proofErr w:type="spellStart"/>
      <w:r>
        <w:t>října</w:t>
      </w:r>
      <w:proofErr w:type="spellEnd"/>
      <w:r>
        <w:t xml:space="preserve"> 1, se </w:t>
      </w:r>
      <w:proofErr w:type="spellStart"/>
      <w:r>
        <w:t>sídlem</w:t>
      </w:r>
      <w:proofErr w:type="spellEnd"/>
      <w:r>
        <w:t xml:space="preserve"> 28. </w:t>
      </w:r>
      <w:proofErr w:type="spellStart"/>
      <w:r>
        <w:t>října</w:t>
      </w:r>
      <w:proofErr w:type="spellEnd"/>
      <w:r>
        <w:t xml:space="preserve"> 1, 261 01 Příbram VII;</w:t>
      </w:r>
    </w:p>
    <w:p w14:paraId="5FE7AAEC" w14:textId="77777777" w:rsidR="0006447C" w:rsidRDefault="00000000">
      <w:pPr>
        <w:ind w:left="340" w:hanging="283"/>
      </w:pPr>
      <w:r>
        <w:t xml:space="preserve">6)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VIII, </w:t>
      </w:r>
      <w:proofErr w:type="spellStart"/>
      <w:r>
        <w:t>Školní</w:t>
      </w:r>
      <w:proofErr w:type="spellEnd"/>
      <w:r>
        <w:t xml:space="preserve"> 75,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75, 261 01 Příbram VIII;</w:t>
      </w:r>
    </w:p>
    <w:p w14:paraId="559501E4" w14:textId="77777777" w:rsidR="0006447C" w:rsidRDefault="00000000">
      <w:pPr>
        <w:ind w:left="340" w:hanging="283"/>
      </w:pPr>
      <w:r>
        <w:t xml:space="preserve">7) </w:t>
      </w:r>
      <w:proofErr w:type="spellStart"/>
      <w:r>
        <w:t>Waldorfská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Příbram – </w:t>
      </w:r>
      <w:proofErr w:type="spellStart"/>
      <w:r>
        <w:t>mateřská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a </w:t>
      </w:r>
      <w:proofErr w:type="spellStart"/>
      <w:r>
        <w:t>střední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Hornická</w:t>
      </w:r>
      <w:proofErr w:type="spellEnd"/>
      <w:r>
        <w:t xml:space="preserve"> 327, 261 01 Příbram II;</w:t>
      </w:r>
    </w:p>
    <w:p w14:paraId="50765FB8" w14:textId="77777777" w:rsidR="0006447C" w:rsidRDefault="00000000">
      <w:pPr>
        <w:jc w:val="both"/>
      </w:pPr>
      <w:proofErr w:type="spellStart"/>
      <w:r>
        <w:t>Část</w:t>
      </w:r>
      <w:proofErr w:type="spellEnd"/>
      <w:r>
        <w:t xml:space="preserve"> </w:t>
      </w:r>
      <w:proofErr w:type="spellStart"/>
      <w:r>
        <w:t>každého</w:t>
      </w:r>
      <w:proofErr w:type="spellEnd"/>
      <w:r>
        <w:t xml:space="preserve"> z </w:t>
      </w:r>
      <w:proofErr w:type="spellStart"/>
      <w:r>
        <w:t>uvedených</w:t>
      </w:r>
      <w:proofErr w:type="spellEnd"/>
      <w:r>
        <w:t xml:space="preserve"> </w:t>
      </w:r>
      <w:proofErr w:type="spellStart"/>
      <w:r>
        <w:t>společných</w:t>
      </w:r>
      <w:proofErr w:type="spellEnd"/>
      <w:r>
        <w:t xml:space="preserve"> </w:t>
      </w:r>
      <w:proofErr w:type="spellStart"/>
      <w:r>
        <w:t>školských</w:t>
      </w:r>
      <w:proofErr w:type="spellEnd"/>
      <w:r>
        <w:t xml:space="preserve"> </w:t>
      </w:r>
      <w:proofErr w:type="spellStart"/>
      <w:r>
        <w:t>obvodů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území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Lhota u Příbramě </w:t>
      </w:r>
      <w:proofErr w:type="spellStart"/>
      <w:r>
        <w:t>tvoří</w:t>
      </w:r>
      <w:proofErr w:type="spellEnd"/>
      <w:r>
        <w:t xml:space="preserve"> </w:t>
      </w:r>
      <w:proofErr w:type="spellStart"/>
      <w:r>
        <w:t>celé</w:t>
      </w:r>
      <w:proofErr w:type="spellEnd"/>
      <w:r>
        <w:t xml:space="preserve"> </w:t>
      </w:r>
      <w:proofErr w:type="spellStart"/>
      <w:r>
        <w:t>katastrální</w:t>
      </w:r>
      <w:proofErr w:type="spellEnd"/>
      <w:r>
        <w:t xml:space="preserve"> </w:t>
      </w:r>
      <w:proofErr w:type="spellStart"/>
      <w:r>
        <w:t>území</w:t>
      </w:r>
      <w:proofErr w:type="spellEnd"/>
      <w:r>
        <w:t xml:space="preserve"> Lhota u Příbramě.</w:t>
      </w:r>
    </w:p>
    <w:p w14:paraId="6842F227" w14:textId="77777777" w:rsidR="0006447C" w:rsidRDefault="00000000">
      <w:r>
        <w:rPr>
          <w:b/>
        </w:rPr>
        <w:t xml:space="preserve">2. Pro </w:t>
      </w:r>
      <w:proofErr w:type="spellStart"/>
      <w:r>
        <w:rPr>
          <w:b/>
        </w:rPr>
        <w:t>druhý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stupeň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základních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</w:t>
      </w:r>
      <w:proofErr w:type="spellEnd"/>
      <w:r>
        <w:rPr>
          <w:b/>
        </w:rPr>
        <w:t>:</w:t>
      </w:r>
    </w:p>
    <w:p w14:paraId="6B50B9FA" w14:textId="77777777" w:rsidR="0006447C" w:rsidRDefault="00000000">
      <w:pPr>
        <w:ind w:left="340" w:hanging="283"/>
      </w:pPr>
      <w:r>
        <w:t xml:space="preserve">1)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pod </w:t>
      </w:r>
      <w:proofErr w:type="spellStart"/>
      <w:r>
        <w:t>Svatou</w:t>
      </w:r>
      <w:proofErr w:type="spellEnd"/>
      <w:r>
        <w:t xml:space="preserve"> </w:t>
      </w:r>
      <w:proofErr w:type="spellStart"/>
      <w:r>
        <w:t>Horou</w:t>
      </w:r>
      <w:proofErr w:type="spellEnd"/>
      <w:r>
        <w:t xml:space="preserve">, Příbram,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Balbínova</w:t>
      </w:r>
      <w:proofErr w:type="spellEnd"/>
      <w:r>
        <w:t xml:space="preserve"> 328, 261 01 Příbram II;</w:t>
      </w:r>
    </w:p>
    <w:p w14:paraId="12FB96AC" w14:textId="77777777" w:rsidR="0006447C" w:rsidRDefault="00000000">
      <w:pPr>
        <w:ind w:left="340" w:hanging="283"/>
      </w:pPr>
      <w:r>
        <w:t xml:space="preserve">2)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II, </w:t>
      </w:r>
      <w:proofErr w:type="spellStart"/>
      <w:r>
        <w:t>Jiráskovy</w:t>
      </w:r>
      <w:proofErr w:type="spellEnd"/>
      <w:r>
        <w:t xml:space="preserve"> </w:t>
      </w:r>
      <w:proofErr w:type="spellStart"/>
      <w:r>
        <w:t>sady</w:t>
      </w:r>
      <w:proofErr w:type="spellEnd"/>
      <w:r>
        <w:t xml:space="preserve"> 273,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Jiráskovy</w:t>
      </w:r>
      <w:proofErr w:type="spellEnd"/>
      <w:r>
        <w:t xml:space="preserve"> </w:t>
      </w:r>
      <w:proofErr w:type="spellStart"/>
      <w:r>
        <w:t>sady</w:t>
      </w:r>
      <w:proofErr w:type="spellEnd"/>
      <w:r>
        <w:t xml:space="preserve"> 273, 261 01 Příbram II;</w:t>
      </w:r>
    </w:p>
    <w:p w14:paraId="58CFF8DC" w14:textId="77777777" w:rsidR="0006447C" w:rsidRDefault="00000000">
      <w:pPr>
        <w:ind w:left="340" w:hanging="283"/>
      </w:pPr>
      <w:r>
        <w:t xml:space="preserve">3)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– </w:t>
      </w:r>
      <w:proofErr w:type="spellStart"/>
      <w:r>
        <w:t>Březové</w:t>
      </w:r>
      <w:proofErr w:type="spellEnd"/>
      <w:r>
        <w:t xml:space="preserve"> </w:t>
      </w:r>
      <w:proofErr w:type="spellStart"/>
      <w:r>
        <w:t>Hory</w:t>
      </w:r>
      <w:proofErr w:type="spellEnd"/>
      <w:r>
        <w:t xml:space="preserve">, </w:t>
      </w:r>
      <w:proofErr w:type="spellStart"/>
      <w:r>
        <w:t>Prokopská</w:t>
      </w:r>
      <w:proofErr w:type="spellEnd"/>
      <w:r>
        <w:t xml:space="preserve"> 337,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Prokopská</w:t>
      </w:r>
      <w:proofErr w:type="spellEnd"/>
      <w:r>
        <w:t xml:space="preserve"> 337, 261 01 Příbram VI – </w:t>
      </w:r>
      <w:proofErr w:type="spellStart"/>
      <w:r>
        <w:t>Březové</w:t>
      </w:r>
      <w:proofErr w:type="spellEnd"/>
      <w:r>
        <w:t xml:space="preserve"> </w:t>
      </w:r>
      <w:proofErr w:type="spellStart"/>
      <w:r>
        <w:t>Hory</w:t>
      </w:r>
      <w:proofErr w:type="spellEnd"/>
      <w:r>
        <w:t>;</w:t>
      </w:r>
    </w:p>
    <w:p w14:paraId="3D8AE87D" w14:textId="77777777" w:rsidR="0006447C" w:rsidRDefault="00000000">
      <w:pPr>
        <w:ind w:left="340" w:hanging="283"/>
      </w:pPr>
      <w:r>
        <w:lastRenderedPageBreak/>
        <w:t xml:space="preserve">4)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VII, </w:t>
      </w:r>
      <w:proofErr w:type="spellStart"/>
      <w:r>
        <w:t>Bratří</w:t>
      </w:r>
      <w:proofErr w:type="spellEnd"/>
      <w:r>
        <w:t xml:space="preserve"> </w:t>
      </w:r>
      <w:proofErr w:type="spellStart"/>
      <w:r>
        <w:t>Čapků</w:t>
      </w:r>
      <w:proofErr w:type="spellEnd"/>
      <w:r>
        <w:t xml:space="preserve"> 279, </w:t>
      </w:r>
      <w:proofErr w:type="spellStart"/>
      <w:r>
        <w:t>příspěvková</w:t>
      </w:r>
      <w:proofErr w:type="spellEnd"/>
      <w:r>
        <w:t xml:space="preserve"> </w:t>
      </w:r>
      <w:proofErr w:type="spellStart"/>
      <w:r>
        <w:t>organizace</w:t>
      </w:r>
      <w:proofErr w:type="spellEnd"/>
      <w:r>
        <w:t xml:space="preserve">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Bratří</w:t>
      </w:r>
      <w:proofErr w:type="spellEnd"/>
      <w:r>
        <w:t xml:space="preserve"> </w:t>
      </w:r>
      <w:proofErr w:type="spellStart"/>
      <w:r>
        <w:t>Čapků</w:t>
      </w:r>
      <w:proofErr w:type="spellEnd"/>
      <w:r>
        <w:t xml:space="preserve"> 279, 261 01 Příbram VII;</w:t>
      </w:r>
    </w:p>
    <w:p w14:paraId="1505D1B7" w14:textId="77777777" w:rsidR="0006447C" w:rsidRDefault="00000000">
      <w:pPr>
        <w:ind w:left="340" w:hanging="283"/>
      </w:pPr>
      <w:r>
        <w:t xml:space="preserve">5)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VII, 28. </w:t>
      </w:r>
      <w:proofErr w:type="spellStart"/>
      <w:r>
        <w:t>října</w:t>
      </w:r>
      <w:proofErr w:type="spellEnd"/>
      <w:r>
        <w:t xml:space="preserve"> 1, se </w:t>
      </w:r>
      <w:proofErr w:type="spellStart"/>
      <w:r>
        <w:t>sídlem</w:t>
      </w:r>
      <w:proofErr w:type="spellEnd"/>
      <w:r>
        <w:t xml:space="preserve"> 28. </w:t>
      </w:r>
      <w:proofErr w:type="spellStart"/>
      <w:r>
        <w:t>října</w:t>
      </w:r>
      <w:proofErr w:type="spellEnd"/>
      <w:r>
        <w:t xml:space="preserve"> 1, 261 01 Příbram VII;</w:t>
      </w:r>
    </w:p>
    <w:p w14:paraId="1B4B05D7" w14:textId="77777777" w:rsidR="0006447C" w:rsidRDefault="00000000">
      <w:pPr>
        <w:ind w:left="340" w:hanging="283"/>
      </w:pPr>
      <w:r>
        <w:t xml:space="preserve">6)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Příbram VIII, </w:t>
      </w:r>
      <w:proofErr w:type="spellStart"/>
      <w:r>
        <w:t>Školní</w:t>
      </w:r>
      <w:proofErr w:type="spellEnd"/>
      <w:r>
        <w:t xml:space="preserve"> 75,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75, 261 01 Příbram VIII;</w:t>
      </w:r>
    </w:p>
    <w:p w14:paraId="282BD0F7" w14:textId="77777777" w:rsidR="0006447C" w:rsidRDefault="00000000">
      <w:pPr>
        <w:ind w:left="340" w:hanging="283"/>
      </w:pPr>
      <w:r>
        <w:t xml:space="preserve">7) </w:t>
      </w:r>
      <w:proofErr w:type="spellStart"/>
      <w:r>
        <w:t>Waldorfská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Příbram – </w:t>
      </w:r>
      <w:proofErr w:type="spellStart"/>
      <w:r>
        <w:t>mateřská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a </w:t>
      </w:r>
      <w:proofErr w:type="spellStart"/>
      <w:r>
        <w:t>střední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se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Hornická</w:t>
      </w:r>
      <w:proofErr w:type="spellEnd"/>
      <w:r>
        <w:t xml:space="preserve"> 327, 261 01 Příbram II;</w:t>
      </w:r>
    </w:p>
    <w:p w14:paraId="33FC4EA0" w14:textId="77777777" w:rsidR="0006447C" w:rsidRDefault="00000000">
      <w:pPr>
        <w:jc w:val="both"/>
      </w:pPr>
      <w:proofErr w:type="spellStart"/>
      <w:r>
        <w:t>Část</w:t>
      </w:r>
      <w:proofErr w:type="spellEnd"/>
      <w:r>
        <w:t xml:space="preserve"> </w:t>
      </w:r>
      <w:proofErr w:type="spellStart"/>
      <w:r>
        <w:t>každého</w:t>
      </w:r>
      <w:proofErr w:type="spellEnd"/>
      <w:r>
        <w:t xml:space="preserve"> z </w:t>
      </w:r>
      <w:proofErr w:type="spellStart"/>
      <w:r>
        <w:t>uvedených</w:t>
      </w:r>
      <w:proofErr w:type="spellEnd"/>
      <w:r>
        <w:t xml:space="preserve"> </w:t>
      </w:r>
      <w:proofErr w:type="spellStart"/>
      <w:r>
        <w:t>společných</w:t>
      </w:r>
      <w:proofErr w:type="spellEnd"/>
      <w:r>
        <w:t xml:space="preserve"> </w:t>
      </w:r>
      <w:proofErr w:type="spellStart"/>
      <w:r>
        <w:t>školských</w:t>
      </w:r>
      <w:proofErr w:type="spellEnd"/>
      <w:r>
        <w:t xml:space="preserve"> </w:t>
      </w:r>
      <w:proofErr w:type="spellStart"/>
      <w:r>
        <w:t>obvodů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území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Lhota u Příbramě </w:t>
      </w:r>
      <w:proofErr w:type="spellStart"/>
      <w:r>
        <w:t>tvoří</w:t>
      </w:r>
      <w:proofErr w:type="spellEnd"/>
      <w:r>
        <w:t xml:space="preserve"> </w:t>
      </w:r>
      <w:proofErr w:type="spellStart"/>
      <w:r>
        <w:t>celé</w:t>
      </w:r>
      <w:proofErr w:type="spellEnd"/>
      <w:r>
        <w:t xml:space="preserve"> </w:t>
      </w:r>
      <w:proofErr w:type="spellStart"/>
      <w:r>
        <w:t>katastrální</w:t>
      </w:r>
      <w:proofErr w:type="spellEnd"/>
      <w:r>
        <w:t xml:space="preserve"> </w:t>
      </w:r>
      <w:proofErr w:type="spellStart"/>
      <w:r>
        <w:t>území</w:t>
      </w:r>
      <w:proofErr w:type="spellEnd"/>
      <w:r>
        <w:t xml:space="preserve"> Lhota u Příbramě.</w:t>
      </w:r>
    </w:p>
    <w:p w14:paraId="35A63413" w14:textId="77777777" w:rsidR="00224703" w:rsidRDefault="00224703">
      <w:pPr>
        <w:jc w:val="both"/>
      </w:pPr>
    </w:p>
    <w:p w14:paraId="7161211F" w14:textId="77777777" w:rsidR="0006447C" w:rsidRDefault="00000000">
      <w:pPr>
        <w:spacing w:before="180" w:after="20"/>
        <w:jc w:val="center"/>
      </w:pPr>
      <w:proofErr w:type="spellStart"/>
      <w:r>
        <w:rPr>
          <w:b/>
        </w:rPr>
        <w:t>Čl</w:t>
      </w:r>
      <w:proofErr w:type="spellEnd"/>
      <w:r>
        <w:rPr>
          <w:b/>
        </w:rPr>
        <w:t>. 2</w:t>
      </w:r>
    </w:p>
    <w:p w14:paraId="364089AA" w14:textId="77777777" w:rsidR="0006447C" w:rsidRDefault="00000000">
      <w:pPr>
        <w:spacing w:after="140"/>
        <w:jc w:val="center"/>
      </w:pPr>
      <w:proofErr w:type="spellStart"/>
      <w:r>
        <w:rPr>
          <w:b/>
        </w:rPr>
        <w:t>Účinnost</w:t>
      </w:r>
      <w:proofErr w:type="spellEnd"/>
    </w:p>
    <w:p w14:paraId="64EE0BB5" w14:textId="77777777" w:rsidR="0006447C" w:rsidRDefault="00000000">
      <w:pPr>
        <w:jc w:val="center"/>
      </w:pPr>
      <w:r>
        <w:t xml:space="preserve">Tato </w:t>
      </w:r>
      <w:proofErr w:type="spellStart"/>
      <w:r>
        <w:t>vyhláška</w:t>
      </w:r>
      <w:proofErr w:type="spellEnd"/>
      <w:r>
        <w:t xml:space="preserve"> </w:t>
      </w:r>
      <w:proofErr w:type="spellStart"/>
      <w:r>
        <w:t>nabývá</w:t>
      </w:r>
      <w:proofErr w:type="spellEnd"/>
      <w:r>
        <w:t xml:space="preserve"> </w:t>
      </w:r>
      <w:proofErr w:type="spellStart"/>
      <w:r>
        <w:t>účinnosti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…………</w:t>
      </w:r>
      <w:proofErr w:type="gramStart"/>
      <w:r>
        <w:t>… .</w:t>
      </w:r>
      <w:proofErr w:type="gramEnd"/>
    </w:p>
    <w:p w14:paraId="1B440D80" w14:textId="77777777" w:rsidR="0006447C" w:rsidRDefault="0006447C"/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06447C" w14:paraId="7C9BA49E" w14:textId="77777777">
        <w:tc>
          <w:tcPr>
            <w:tcW w:w="4929" w:type="dxa"/>
          </w:tcPr>
          <w:p w14:paraId="1CC6ACD0" w14:textId="77777777" w:rsidR="0006447C" w:rsidRDefault="00000000">
            <w:pPr>
              <w:jc w:val="center"/>
            </w:pPr>
            <w:r>
              <w:rPr>
                <w:b/>
                <w:sz w:val="18"/>
              </w:rPr>
              <w:t>Mgr. Eva Drmlová</w:t>
            </w:r>
          </w:p>
          <w:p w14:paraId="0CE05BB7" w14:textId="0A0A9CD8" w:rsidR="0006447C" w:rsidRDefault="00A229C1">
            <w:pPr>
              <w:jc w:val="center"/>
            </w:pPr>
            <w:r>
              <w:rPr>
                <w:sz w:val="18"/>
              </w:rPr>
              <w:t>S</w:t>
            </w:r>
            <w:r w:rsidR="00000000">
              <w:rPr>
                <w:sz w:val="18"/>
              </w:rPr>
              <w:t>tarostka</w:t>
            </w:r>
          </w:p>
        </w:tc>
        <w:tc>
          <w:tcPr>
            <w:tcW w:w="4929" w:type="dxa"/>
          </w:tcPr>
          <w:p w14:paraId="162B3F25" w14:textId="77777777" w:rsidR="0006447C" w:rsidRDefault="00000000">
            <w:pPr>
              <w:jc w:val="center"/>
            </w:pPr>
            <w:r>
              <w:rPr>
                <w:b/>
                <w:sz w:val="18"/>
              </w:rPr>
              <w:t>Ing. František Ježek</w:t>
            </w:r>
          </w:p>
          <w:p w14:paraId="142222BF" w14:textId="77777777" w:rsidR="0006447C" w:rsidRDefault="00000000">
            <w:pPr>
              <w:jc w:val="center"/>
            </w:pPr>
            <w:proofErr w:type="spellStart"/>
            <w:r>
              <w:rPr>
                <w:sz w:val="18"/>
              </w:rPr>
              <w:t>místostarosta</w:t>
            </w:r>
            <w:proofErr w:type="spellEnd"/>
          </w:p>
        </w:tc>
      </w:tr>
    </w:tbl>
    <w:p w14:paraId="7A073A2E" w14:textId="77777777" w:rsidR="0026148D" w:rsidRDefault="0026148D"/>
    <w:sectPr w:rsidR="0026148D" w:rsidSect="00034616">
      <w:pgSz w:w="12240" w:h="15840"/>
      <w:pgMar w:top="907" w:right="1191" w:bottom="90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6899005">
    <w:abstractNumId w:val="8"/>
  </w:num>
  <w:num w:numId="2" w16cid:durableId="1705210988">
    <w:abstractNumId w:val="6"/>
  </w:num>
  <w:num w:numId="3" w16cid:durableId="560603287">
    <w:abstractNumId w:val="5"/>
  </w:num>
  <w:num w:numId="4" w16cid:durableId="2022202105">
    <w:abstractNumId w:val="4"/>
  </w:num>
  <w:num w:numId="5" w16cid:durableId="580141370">
    <w:abstractNumId w:val="7"/>
  </w:num>
  <w:num w:numId="6" w16cid:durableId="1295909623">
    <w:abstractNumId w:val="3"/>
  </w:num>
  <w:num w:numId="7" w16cid:durableId="168109321">
    <w:abstractNumId w:val="2"/>
  </w:num>
  <w:num w:numId="8" w16cid:durableId="1661041682">
    <w:abstractNumId w:val="1"/>
  </w:num>
  <w:num w:numId="9" w16cid:durableId="934554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47C"/>
    <w:rsid w:val="0015074B"/>
    <w:rsid w:val="00224703"/>
    <w:rsid w:val="0026148D"/>
    <w:rsid w:val="0029639D"/>
    <w:rsid w:val="00326F90"/>
    <w:rsid w:val="00734D40"/>
    <w:rsid w:val="008E5BBA"/>
    <w:rsid w:val="00A06EFA"/>
    <w:rsid w:val="00A229C1"/>
    <w:rsid w:val="00AA1A76"/>
    <w:rsid w:val="00AA1D8D"/>
    <w:rsid w:val="00B47730"/>
    <w:rsid w:val="00CB0664"/>
    <w:rsid w:val="00D06B7B"/>
    <w:rsid w:val="00D862CF"/>
    <w:rsid w:val="00F767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314DE"/>
  <w14:defaultImageDpi w14:val="300"/>
  <w15:docId w15:val="{3CEFFAC7-8D72-4219-B3E1-4C9C00D0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/>
    </w:pPr>
    <w:rPr>
      <w:rFonts w:ascii="Arial" w:eastAsia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c16d56-20f0-45c1-8c23-fd99bd07d41c" xsi:nil="true"/>
    <lcf76f155ced4ddcb4097134ff3c332f xmlns="04ef2e24-ca87-4526-a4f8-62a1780992b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CD40A21B6C9D498B1776F56A3360F7" ma:contentTypeVersion="18" ma:contentTypeDescription="Vytvoří nový dokument" ma:contentTypeScope="" ma:versionID="b2b71cc7d6008774fd4fcf43b20a61b4">
  <xsd:schema xmlns:xsd="http://www.w3.org/2001/XMLSchema" xmlns:xs="http://www.w3.org/2001/XMLSchema" xmlns:p="http://schemas.microsoft.com/office/2006/metadata/properties" xmlns:ns2="04ef2e24-ca87-4526-a4f8-62a1780992b4" xmlns:ns3="02c16d56-20f0-45c1-8c23-fd99bd07d41c" targetNamespace="http://schemas.microsoft.com/office/2006/metadata/properties" ma:root="true" ma:fieldsID="93c47449a3395c5b9d4d562d999dec89" ns2:_="" ns3:_="">
    <xsd:import namespace="04ef2e24-ca87-4526-a4f8-62a1780992b4"/>
    <xsd:import namespace="02c16d56-20f0-45c1-8c23-fd99bd07d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f2e24-ca87-4526-a4f8-62a1780992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7b7b7de-46d6-4d16-8edf-0f0b32fa2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6d56-20f0-45c1-8c23-fd99bd07d41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153c3b-3ae4-41f4-8550-1f5515da9e3f}" ma:internalName="TaxCatchAll" ma:showField="CatchAllData" ma:web="02c16d56-20f0-45c1-8c23-fd99bd07d4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1160E1-60DE-412C-926B-CDF7383BDF5A}">
  <ds:schemaRefs>
    <ds:schemaRef ds:uri="http://schemas.microsoft.com/office/2006/metadata/properties"/>
    <ds:schemaRef ds:uri="http://schemas.microsoft.com/office/infopath/2007/PartnerControls"/>
    <ds:schemaRef ds:uri="02c16d56-20f0-45c1-8c23-fd99bd07d41c"/>
    <ds:schemaRef ds:uri="04ef2e24-ca87-4526-a4f8-62a1780992b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EB9A48-AC1A-4565-892A-EB8619072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ef2e24-ca87-4526-a4f8-62a1780992b4"/>
    <ds:schemaRef ds:uri="02c16d56-20f0-45c1-8c23-fd99bd07d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7C3BA4-154B-4462-B0E2-D75B3A4C7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2558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tomas.samek@holasamek.cz</dc:creator>
  <cp:keywords/>
  <dc:description>generated by python-docx</dc:description>
  <cp:lastModifiedBy>Obec Lhota u Příbramě</cp:lastModifiedBy>
  <cp:revision>2</cp:revision>
  <cp:lastPrinted>2026-10-14T06:44:00Z</cp:lastPrinted>
  <dcterms:created xsi:type="dcterms:W3CDTF">2026-10-16T14:11:00Z</dcterms:created>
  <dcterms:modified xsi:type="dcterms:W3CDTF">2026-10-16T14:11:00Z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0x010100ADCD40A21B6C9D498B1776F56A3360F7</vt:lpwstr>
  </property>
</Properties>
</file>