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4480560" cy="63343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platek-odpady-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33439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