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639B5" w14:textId="77777777" w:rsidR="00501ABD" w:rsidRDefault="00352C6C" w:rsidP="004655C1">
      <w:pPr>
        <w:spacing w:after="0" w:line="240" w:lineRule="auto"/>
        <w:jc w:val="center"/>
      </w:pPr>
      <w:r>
        <w:rPr>
          <w:b/>
          <w:sz w:val="24"/>
        </w:rPr>
        <w:t>STATUTÁRNÍ MĚSTO TŘINEC</w:t>
      </w:r>
    </w:p>
    <w:p w14:paraId="7750BB7A" w14:textId="77777777" w:rsidR="00501ABD" w:rsidRPr="004655C1" w:rsidRDefault="00352C6C" w:rsidP="004655C1">
      <w:pPr>
        <w:spacing w:after="0" w:line="240" w:lineRule="auto"/>
        <w:jc w:val="center"/>
        <w:rPr>
          <w:sz w:val="24"/>
          <w:szCs w:val="24"/>
        </w:rPr>
      </w:pPr>
      <w:proofErr w:type="spellStart"/>
      <w:r w:rsidRPr="004655C1">
        <w:rPr>
          <w:b/>
          <w:sz w:val="24"/>
          <w:szCs w:val="24"/>
        </w:rPr>
        <w:t>Zastupitelstvo</w:t>
      </w:r>
      <w:proofErr w:type="spellEnd"/>
      <w:r w:rsidRPr="004655C1">
        <w:rPr>
          <w:b/>
          <w:sz w:val="24"/>
          <w:szCs w:val="24"/>
        </w:rPr>
        <w:t xml:space="preserve"> </w:t>
      </w:r>
      <w:proofErr w:type="spellStart"/>
      <w:r w:rsidRPr="004655C1">
        <w:rPr>
          <w:b/>
          <w:sz w:val="24"/>
          <w:szCs w:val="24"/>
        </w:rPr>
        <w:t>města</w:t>
      </w:r>
      <w:proofErr w:type="spellEnd"/>
      <w:r w:rsidRPr="004655C1">
        <w:rPr>
          <w:b/>
          <w:sz w:val="24"/>
          <w:szCs w:val="24"/>
        </w:rPr>
        <w:t xml:space="preserve"> </w:t>
      </w:r>
      <w:proofErr w:type="spellStart"/>
      <w:r w:rsidRPr="004655C1">
        <w:rPr>
          <w:b/>
          <w:sz w:val="24"/>
          <w:szCs w:val="24"/>
        </w:rPr>
        <w:t>Třince</w:t>
      </w:r>
      <w:proofErr w:type="spellEnd"/>
    </w:p>
    <w:p w14:paraId="6F3538B8" w14:textId="77777777" w:rsidR="004655C1" w:rsidRDefault="004655C1" w:rsidP="004655C1">
      <w:pPr>
        <w:spacing w:after="0" w:line="240" w:lineRule="auto"/>
        <w:jc w:val="center"/>
        <w:rPr>
          <w:b/>
          <w:sz w:val="24"/>
          <w:szCs w:val="24"/>
        </w:rPr>
      </w:pPr>
    </w:p>
    <w:p w14:paraId="67CDDF5B" w14:textId="77777777" w:rsidR="004655C1" w:rsidRDefault="004655C1" w:rsidP="004655C1">
      <w:pPr>
        <w:spacing w:after="0" w:line="240" w:lineRule="auto"/>
        <w:jc w:val="center"/>
        <w:rPr>
          <w:b/>
          <w:sz w:val="24"/>
          <w:szCs w:val="24"/>
        </w:rPr>
      </w:pPr>
    </w:p>
    <w:p w14:paraId="5FFE9148" w14:textId="77777777" w:rsidR="004655C1" w:rsidRDefault="00352C6C" w:rsidP="004655C1">
      <w:pPr>
        <w:spacing w:after="0" w:line="240" w:lineRule="auto"/>
        <w:jc w:val="center"/>
        <w:rPr>
          <w:sz w:val="24"/>
          <w:szCs w:val="24"/>
        </w:rPr>
      </w:pPr>
      <w:proofErr w:type="spellStart"/>
      <w:r w:rsidRPr="004655C1">
        <w:rPr>
          <w:b/>
          <w:sz w:val="24"/>
          <w:szCs w:val="24"/>
        </w:rPr>
        <w:t>Obecně</w:t>
      </w:r>
      <w:proofErr w:type="spellEnd"/>
      <w:r w:rsidRPr="004655C1">
        <w:rPr>
          <w:b/>
          <w:sz w:val="24"/>
          <w:szCs w:val="24"/>
        </w:rPr>
        <w:t xml:space="preserve"> </w:t>
      </w:r>
      <w:proofErr w:type="spellStart"/>
      <w:r w:rsidRPr="004655C1">
        <w:rPr>
          <w:b/>
          <w:sz w:val="24"/>
          <w:szCs w:val="24"/>
        </w:rPr>
        <w:t>závazná</w:t>
      </w:r>
      <w:proofErr w:type="spellEnd"/>
      <w:r w:rsidRPr="004655C1">
        <w:rPr>
          <w:b/>
          <w:sz w:val="24"/>
          <w:szCs w:val="24"/>
        </w:rPr>
        <w:t xml:space="preserve"> </w:t>
      </w:r>
      <w:proofErr w:type="spellStart"/>
      <w:r w:rsidRPr="004655C1">
        <w:rPr>
          <w:b/>
          <w:sz w:val="24"/>
          <w:szCs w:val="24"/>
        </w:rPr>
        <w:t>vyhláška</w:t>
      </w:r>
      <w:proofErr w:type="spellEnd"/>
      <w:r w:rsidRPr="004655C1">
        <w:rPr>
          <w:b/>
          <w:sz w:val="24"/>
          <w:szCs w:val="24"/>
        </w:rPr>
        <w:t xml:space="preserve"> </w:t>
      </w:r>
      <w:proofErr w:type="spellStart"/>
      <w:r w:rsidRPr="004655C1">
        <w:rPr>
          <w:b/>
          <w:sz w:val="24"/>
          <w:szCs w:val="24"/>
        </w:rPr>
        <w:t>statutárního</w:t>
      </w:r>
      <w:proofErr w:type="spellEnd"/>
      <w:r w:rsidRPr="004655C1">
        <w:rPr>
          <w:b/>
          <w:sz w:val="24"/>
          <w:szCs w:val="24"/>
        </w:rPr>
        <w:t xml:space="preserve"> </w:t>
      </w:r>
      <w:proofErr w:type="spellStart"/>
      <w:r w:rsidRPr="004655C1">
        <w:rPr>
          <w:b/>
          <w:sz w:val="24"/>
          <w:szCs w:val="24"/>
        </w:rPr>
        <w:t>města</w:t>
      </w:r>
      <w:proofErr w:type="spellEnd"/>
      <w:r w:rsidRPr="004655C1">
        <w:rPr>
          <w:b/>
          <w:sz w:val="24"/>
          <w:szCs w:val="24"/>
        </w:rPr>
        <w:t xml:space="preserve"> </w:t>
      </w:r>
      <w:proofErr w:type="spellStart"/>
      <w:r w:rsidRPr="004655C1">
        <w:rPr>
          <w:b/>
          <w:sz w:val="24"/>
          <w:szCs w:val="24"/>
        </w:rPr>
        <w:t>Třince</w:t>
      </w:r>
      <w:proofErr w:type="spellEnd"/>
      <w:r w:rsidRPr="004655C1">
        <w:rPr>
          <w:b/>
          <w:sz w:val="24"/>
          <w:szCs w:val="24"/>
        </w:rPr>
        <w:t>,</w:t>
      </w:r>
      <w:r w:rsidR="004655C1">
        <w:rPr>
          <w:sz w:val="24"/>
          <w:szCs w:val="24"/>
        </w:rPr>
        <w:t xml:space="preserve"> </w:t>
      </w:r>
    </w:p>
    <w:p w14:paraId="44184E39" w14:textId="77777777" w:rsidR="00501ABD" w:rsidRPr="004655C1" w:rsidRDefault="00352C6C" w:rsidP="004655C1">
      <w:pPr>
        <w:spacing w:after="0" w:line="240" w:lineRule="auto"/>
        <w:jc w:val="center"/>
        <w:rPr>
          <w:sz w:val="24"/>
          <w:szCs w:val="24"/>
        </w:rPr>
      </w:pPr>
      <w:proofErr w:type="spellStart"/>
      <w:r w:rsidRPr="004655C1">
        <w:rPr>
          <w:b/>
          <w:sz w:val="24"/>
          <w:szCs w:val="24"/>
        </w:rPr>
        <w:t>kterou</w:t>
      </w:r>
      <w:proofErr w:type="spellEnd"/>
      <w:r w:rsidRPr="004655C1">
        <w:rPr>
          <w:b/>
          <w:sz w:val="24"/>
          <w:szCs w:val="24"/>
        </w:rPr>
        <w:t xml:space="preserve"> se </w:t>
      </w:r>
      <w:proofErr w:type="spellStart"/>
      <w:r w:rsidRPr="004655C1">
        <w:rPr>
          <w:b/>
          <w:sz w:val="24"/>
          <w:szCs w:val="24"/>
        </w:rPr>
        <w:t>zrušují</w:t>
      </w:r>
      <w:proofErr w:type="spellEnd"/>
      <w:r w:rsidRPr="004655C1">
        <w:rPr>
          <w:b/>
          <w:sz w:val="24"/>
          <w:szCs w:val="24"/>
        </w:rPr>
        <w:t xml:space="preserve"> </w:t>
      </w:r>
      <w:proofErr w:type="spellStart"/>
      <w:r w:rsidRPr="004655C1">
        <w:rPr>
          <w:b/>
          <w:sz w:val="24"/>
          <w:szCs w:val="24"/>
        </w:rPr>
        <w:t>některé</w:t>
      </w:r>
      <w:proofErr w:type="spellEnd"/>
      <w:r w:rsidRPr="004655C1">
        <w:rPr>
          <w:b/>
          <w:sz w:val="24"/>
          <w:szCs w:val="24"/>
        </w:rPr>
        <w:t xml:space="preserve"> </w:t>
      </w:r>
      <w:proofErr w:type="spellStart"/>
      <w:r w:rsidRPr="004655C1">
        <w:rPr>
          <w:b/>
          <w:sz w:val="24"/>
          <w:szCs w:val="24"/>
        </w:rPr>
        <w:t>obecně</w:t>
      </w:r>
      <w:proofErr w:type="spellEnd"/>
      <w:r w:rsidRPr="004655C1">
        <w:rPr>
          <w:b/>
          <w:sz w:val="24"/>
          <w:szCs w:val="24"/>
        </w:rPr>
        <w:t xml:space="preserve"> </w:t>
      </w:r>
      <w:proofErr w:type="spellStart"/>
      <w:r w:rsidRPr="004655C1">
        <w:rPr>
          <w:b/>
          <w:sz w:val="24"/>
          <w:szCs w:val="24"/>
        </w:rPr>
        <w:t>závazné</w:t>
      </w:r>
      <w:proofErr w:type="spellEnd"/>
      <w:r w:rsidRPr="004655C1">
        <w:rPr>
          <w:b/>
          <w:sz w:val="24"/>
          <w:szCs w:val="24"/>
        </w:rPr>
        <w:t xml:space="preserve"> </w:t>
      </w:r>
      <w:proofErr w:type="spellStart"/>
      <w:r w:rsidRPr="004655C1">
        <w:rPr>
          <w:b/>
          <w:sz w:val="24"/>
          <w:szCs w:val="24"/>
        </w:rPr>
        <w:t>vyhlášky</w:t>
      </w:r>
      <w:proofErr w:type="spellEnd"/>
    </w:p>
    <w:p w14:paraId="737DBD17" w14:textId="77777777" w:rsidR="004655C1" w:rsidRDefault="004655C1" w:rsidP="004655C1">
      <w:pPr>
        <w:spacing w:after="0" w:line="240" w:lineRule="auto"/>
        <w:jc w:val="both"/>
      </w:pPr>
    </w:p>
    <w:p w14:paraId="39CC1A23" w14:textId="77777777" w:rsidR="004655C1" w:rsidRDefault="004655C1" w:rsidP="004655C1">
      <w:pPr>
        <w:spacing w:after="0" w:line="240" w:lineRule="auto"/>
        <w:jc w:val="both"/>
      </w:pPr>
    </w:p>
    <w:p w14:paraId="66137114" w14:textId="77777777" w:rsidR="00501ABD" w:rsidRDefault="00352C6C" w:rsidP="00C22E00">
      <w:proofErr w:type="spellStart"/>
      <w:r>
        <w:t>Zastupitelstvo</w:t>
      </w:r>
      <w:proofErr w:type="spellEnd"/>
      <w:r>
        <w:t xml:space="preserve"> </w:t>
      </w:r>
      <w:proofErr w:type="spellStart"/>
      <w:r>
        <w:t>města</w:t>
      </w:r>
      <w:proofErr w:type="spellEnd"/>
      <w:r>
        <w:t xml:space="preserve"> </w:t>
      </w:r>
      <w:proofErr w:type="spellStart"/>
      <w:r>
        <w:t>Třince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svém</w:t>
      </w:r>
      <w:proofErr w:type="spellEnd"/>
      <w:r>
        <w:t xml:space="preserve"> </w:t>
      </w:r>
      <w:proofErr w:type="spellStart"/>
      <w:r w:rsidR="007A49B5">
        <w:t>zasedání</w:t>
      </w:r>
      <w:proofErr w:type="spellEnd"/>
      <w:r w:rsidR="007A49B5">
        <w:t xml:space="preserve"> </w:t>
      </w:r>
      <w:proofErr w:type="spellStart"/>
      <w:r w:rsidR="007A49B5">
        <w:t>dne</w:t>
      </w:r>
      <w:proofErr w:type="spellEnd"/>
      <w:r w:rsidR="007A49B5">
        <w:t xml:space="preserve"> 08.09.2026 </w:t>
      </w:r>
      <w:proofErr w:type="spellStart"/>
      <w:r>
        <w:t>usneslo</w:t>
      </w:r>
      <w:proofErr w:type="spellEnd"/>
      <w:r>
        <w:t xml:space="preserve"> </w:t>
      </w:r>
      <w:proofErr w:type="spellStart"/>
      <w:r>
        <w:t>vydat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základě</w:t>
      </w:r>
      <w:proofErr w:type="spellEnd"/>
      <w:r>
        <w:t xml:space="preserve"> </w:t>
      </w:r>
      <w:proofErr w:type="spellStart"/>
      <w:r>
        <w:t>ustanovení</w:t>
      </w:r>
      <w:proofErr w:type="spellEnd"/>
      <w:r>
        <w:t xml:space="preserve"> § 84 </w:t>
      </w:r>
      <w:proofErr w:type="spellStart"/>
      <w:r>
        <w:t>odst</w:t>
      </w:r>
      <w:proofErr w:type="spellEnd"/>
      <w:r>
        <w:t xml:space="preserve">. 2 </w:t>
      </w:r>
      <w:proofErr w:type="spellStart"/>
      <w:r>
        <w:t>písm</w:t>
      </w:r>
      <w:proofErr w:type="spellEnd"/>
      <w:r>
        <w:t xml:space="preserve">. h) </w:t>
      </w:r>
      <w:proofErr w:type="spellStart"/>
      <w:r>
        <w:t>zákona</w:t>
      </w:r>
      <w:proofErr w:type="spellEnd"/>
      <w:r>
        <w:t xml:space="preserve"> č. 128/2000 Sb., o </w:t>
      </w:r>
      <w:proofErr w:type="spellStart"/>
      <w:r>
        <w:t>obcích</w:t>
      </w:r>
      <w:proofErr w:type="spellEnd"/>
      <w:r>
        <w:t xml:space="preserve"> (</w:t>
      </w:r>
      <w:proofErr w:type="spellStart"/>
      <w:r>
        <w:t>obecní</w:t>
      </w:r>
      <w:proofErr w:type="spellEnd"/>
      <w:r>
        <w:t xml:space="preserve"> </w:t>
      </w:r>
      <w:proofErr w:type="spellStart"/>
      <w:r>
        <w:t>zřízení</w:t>
      </w:r>
      <w:proofErr w:type="spellEnd"/>
      <w:r>
        <w:t xml:space="preserve">), </w:t>
      </w:r>
      <w:proofErr w:type="spellStart"/>
      <w:r>
        <w:t>ve</w:t>
      </w:r>
      <w:proofErr w:type="spellEnd"/>
      <w:r>
        <w:t xml:space="preserve"> </w:t>
      </w:r>
      <w:proofErr w:type="spellStart"/>
      <w:r>
        <w:t>znění</w:t>
      </w:r>
      <w:proofErr w:type="spellEnd"/>
      <w:r>
        <w:t xml:space="preserve"> </w:t>
      </w:r>
      <w:proofErr w:type="spellStart"/>
      <w:r>
        <w:t>pozdějších</w:t>
      </w:r>
      <w:proofErr w:type="spellEnd"/>
      <w:r>
        <w:t xml:space="preserve"> </w:t>
      </w:r>
      <w:proofErr w:type="spellStart"/>
      <w:r>
        <w:t>předpisů</w:t>
      </w:r>
      <w:proofErr w:type="spellEnd"/>
      <w:r>
        <w:t xml:space="preserve">,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obecně</w:t>
      </w:r>
      <w:proofErr w:type="spellEnd"/>
      <w:r>
        <w:t xml:space="preserve"> </w:t>
      </w:r>
      <w:proofErr w:type="spellStart"/>
      <w:r>
        <w:t>závaznou</w:t>
      </w:r>
      <w:proofErr w:type="spellEnd"/>
      <w:r>
        <w:t xml:space="preserve"> </w:t>
      </w:r>
      <w:proofErr w:type="spellStart"/>
      <w:r>
        <w:t>vyhlášku</w:t>
      </w:r>
      <w:proofErr w:type="spellEnd"/>
      <w:r>
        <w:t>:</w:t>
      </w:r>
    </w:p>
    <w:p w14:paraId="12E5E73B" w14:textId="77777777" w:rsidR="004655C1" w:rsidRDefault="004655C1" w:rsidP="004655C1">
      <w:pPr>
        <w:spacing w:after="0" w:line="240" w:lineRule="auto"/>
        <w:jc w:val="both"/>
      </w:pPr>
    </w:p>
    <w:p w14:paraId="18E4898B" w14:textId="77777777" w:rsidR="004655C1" w:rsidRDefault="004655C1" w:rsidP="004655C1">
      <w:pPr>
        <w:spacing w:after="0" w:line="240" w:lineRule="auto"/>
        <w:jc w:val="both"/>
      </w:pPr>
    </w:p>
    <w:p w14:paraId="127D5B70" w14:textId="77777777" w:rsidR="004655C1" w:rsidRDefault="004655C1" w:rsidP="004655C1">
      <w:pPr>
        <w:spacing w:after="0" w:line="240" w:lineRule="auto"/>
        <w:jc w:val="center"/>
      </w:pPr>
    </w:p>
    <w:p w14:paraId="6E29852B" w14:textId="77777777" w:rsidR="00501ABD" w:rsidRDefault="00352C6C" w:rsidP="004655C1">
      <w:pPr>
        <w:spacing w:after="0" w:line="240" w:lineRule="auto"/>
        <w:jc w:val="center"/>
      </w:pPr>
      <w:proofErr w:type="spellStart"/>
      <w:r>
        <w:rPr>
          <w:b/>
        </w:rPr>
        <w:t>Čl</w:t>
      </w:r>
      <w:proofErr w:type="spellEnd"/>
      <w:r>
        <w:rPr>
          <w:b/>
        </w:rPr>
        <w:t>. 1</w:t>
      </w:r>
    </w:p>
    <w:p w14:paraId="49E6A647" w14:textId="77777777" w:rsidR="00501ABD" w:rsidRDefault="00352C6C" w:rsidP="004655C1">
      <w:pPr>
        <w:spacing w:after="0" w:line="240" w:lineRule="auto"/>
        <w:jc w:val="center"/>
        <w:rPr>
          <w:b/>
        </w:rPr>
      </w:pPr>
      <w:proofErr w:type="spellStart"/>
      <w:r>
        <w:rPr>
          <w:b/>
        </w:rPr>
        <w:t>Zrušovací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ustanovení</w:t>
      </w:r>
      <w:proofErr w:type="spellEnd"/>
    </w:p>
    <w:p w14:paraId="3085BBC0" w14:textId="77777777" w:rsidR="004655C1" w:rsidRDefault="004655C1" w:rsidP="004655C1">
      <w:pPr>
        <w:spacing w:after="0" w:line="240" w:lineRule="auto"/>
        <w:jc w:val="center"/>
      </w:pPr>
    </w:p>
    <w:p w14:paraId="158072F2" w14:textId="77777777" w:rsidR="00501ABD" w:rsidRDefault="00352C6C" w:rsidP="004655C1">
      <w:pPr>
        <w:spacing w:after="0" w:line="240" w:lineRule="auto"/>
      </w:pPr>
      <w:proofErr w:type="spellStart"/>
      <w:r>
        <w:t>Zrušují</w:t>
      </w:r>
      <w:proofErr w:type="spellEnd"/>
      <w:r>
        <w:t xml:space="preserve"> se:</w:t>
      </w:r>
    </w:p>
    <w:p w14:paraId="7BC6583F" w14:textId="77777777" w:rsidR="004655C1" w:rsidRDefault="004655C1" w:rsidP="004655C1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</w:pPr>
      <w:proofErr w:type="spellStart"/>
      <w:r>
        <w:t>O</w:t>
      </w:r>
      <w:r w:rsidR="00352C6C">
        <w:t>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20/2004, </w:t>
      </w:r>
      <w:proofErr w:type="spellStart"/>
      <w:r w:rsidR="00352C6C">
        <w:t>kterou</w:t>
      </w:r>
      <w:proofErr w:type="spellEnd"/>
      <w:r w:rsidR="00352C6C">
        <w:t xml:space="preserve"> se </w:t>
      </w:r>
      <w:proofErr w:type="spellStart"/>
      <w:r w:rsidR="00352C6C">
        <w:t>ruší</w:t>
      </w:r>
      <w:proofErr w:type="spellEnd"/>
      <w:r w:rsidR="00352C6C">
        <w:t xml:space="preserve"> </w:t>
      </w:r>
      <w:proofErr w:type="spellStart"/>
      <w:r w:rsidR="00352C6C">
        <w:t>Obecně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7/2000 o </w:t>
      </w:r>
      <w:proofErr w:type="spellStart"/>
      <w:r w:rsidR="00352C6C">
        <w:t>příspěvku</w:t>
      </w:r>
      <w:proofErr w:type="spellEnd"/>
      <w:r w:rsidR="00352C6C">
        <w:t xml:space="preserve"> </w:t>
      </w:r>
      <w:proofErr w:type="spellStart"/>
      <w:r w:rsidR="00352C6C">
        <w:t>na</w:t>
      </w:r>
      <w:proofErr w:type="spellEnd"/>
      <w:r w:rsidR="00352C6C">
        <w:t xml:space="preserve"> </w:t>
      </w:r>
      <w:proofErr w:type="spellStart"/>
      <w:r w:rsidR="00352C6C">
        <w:t>částečnou</w:t>
      </w:r>
      <w:proofErr w:type="spellEnd"/>
      <w:r w:rsidR="00352C6C">
        <w:t xml:space="preserve"> </w:t>
      </w:r>
      <w:proofErr w:type="spellStart"/>
      <w:r w:rsidR="00352C6C">
        <w:t>úhradu</w:t>
      </w:r>
      <w:proofErr w:type="spellEnd"/>
      <w:r w:rsidR="00352C6C">
        <w:t xml:space="preserve"> </w:t>
      </w:r>
      <w:proofErr w:type="spellStart"/>
      <w:r w:rsidR="00352C6C">
        <w:t>neinvestičních</w:t>
      </w:r>
      <w:proofErr w:type="spellEnd"/>
      <w:r w:rsidR="00352C6C">
        <w:t xml:space="preserve"> </w:t>
      </w:r>
      <w:proofErr w:type="spellStart"/>
      <w:r w:rsidR="00352C6C">
        <w:t>nákladů</w:t>
      </w:r>
      <w:proofErr w:type="spellEnd"/>
      <w:r w:rsidR="00352C6C">
        <w:t xml:space="preserve"> </w:t>
      </w:r>
      <w:proofErr w:type="spellStart"/>
      <w:r w:rsidR="00352C6C">
        <w:t>mateřských</w:t>
      </w:r>
      <w:proofErr w:type="spellEnd"/>
      <w:r w:rsidR="00352C6C">
        <w:t xml:space="preserve"> </w:t>
      </w:r>
      <w:proofErr w:type="spellStart"/>
      <w:r w:rsidR="00352C6C">
        <w:t>škol</w:t>
      </w:r>
      <w:proofErr w:type="spellEnd"/>
      <w:r w:rsidR="00352C6C">
        <w:t xml:space="preserve">, </w:t>
      </w:r>
      <w:proofErr w:type="spellStart"/>
      <w:r w:rsidR="00352C6C">
        <w:t>školních</w:t>
      </w:r>
      <w:proofErr w:type="spellEnd"/>
      <w:r w:rsidR="00352C6C">
        <w:t xml:space="preserve"> </w:t>
      </w:r>
      <w:proofErr w:type="spellStart"/>
      <w:r w:rsidR="00352C6C">
        <w:t>družin</w:t>
      </w:r>
      <w:proofErr w:type="spellEnd"/>
      <w:r w:rsidR="00352C6C">
        <w:t xml:space="preserve"> a </w:t>
      </w:r>
      <w:proofErr w:type="spellStart"/>
      <w:r w:rsidR="00352C6C">
        <w:t>školních</w:t>
      </w:r>
      <w:proofErr w:type="spellEnd"/>
      <w:r w:rsidR="00352C6C">
        <w:t xml:space="preserve"> </w:t>
      </w:r>
      <w:proofErr w:type="spellStart"/>
      <w:r w:rsidR="00352C6C">
        <w:t>klubů</w:t>
      </w:r>
      <w:proofErr w:type="spellEnd"/>
      <w:r w:rsidR="00352C6C">
        <w:t>,</w:t>
      </w:r>
    </w:p>
    <w:p w14:paraId="03345AC8" w14:textId="77777777" w:rsidR="004655C1" w:rsidRDefault="004655C1" w:rsidP="004655C1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</w:pPr>
      <w:proofErr w:type="spellStart"/>
      <w:r>
        <w:t>O</w:t>
      </w:r>
      <w:r w:rsidR="00352C6C">
        <w:t>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7/2005, </w:t>
      </w:r>
      <w:proofErr w:type="spellStart"/>
      <w:r w:rsidR="00352C6C">
        <w:t>kterou</w:t>
      </w:r>
      <w:proofErr w:type="spellEnd"/>
      <w:r w:rsidR="00352C6C">
        <w:t xml:space="preserve"> se </w:t>
      </w:r>
      <w:proofErr w:type="spellStart"/>
      <w:r w:rsidR="00352C6C">
        <w:t>ruší</w:t>
      </w:r>
      <w:proofErr w:type="spellEnd"/>
      <w:r w:rsidR="00352C6C">
        <w:t xml:space="preserve"> </w:t>
      </w:r>
      <w:proofErr w:type="spellStart"/>
      <w:r w:rsidR="00352C6C">
        <w:t>obecně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2/1996 „O </w:t>
      </w:r>
      <w:proofErr w:type="spellStart"/>
      <w:r w:rsidR="00352C6C">
        <w:t>znaku</w:t>
      </w:r>
      <w:proofErr w:type="spellEnd"/>
      <w:r w:rsidR="00352C6C">
        <w:t xml:space="preserve"> a </w:t>
      </w:r>
      <w:proofErr w:type="spellStart"/>
      <w:r w:rsidR="00352C6C">
        <w:t>praporu</w:t>
      </w:r>
      <w:proofErr w:type="spellEnd"/>
      <w:r w:rsidR="00352C6C">
        <w:t xml:space="preserve"> </w:t>
      </w:r>
      <w:proofErr w:type="spellStart"/>
      <w:r w:rsidR="00352C6C">
        <w:t>města</w:t>
      </w:r>
      <w:proofErr w:type="spellEnd"/>
      <w:r w:rsidR="00352C6C">
        <w:t xml:space="preserve"> </w:t>
      </w:r>
      <w:proofErr w:type="spellStart"/>
      <w:r w:rsidR="00352C6C">
        <w:t>Třince</w:t>
      </w:r>
      <w:proofErr w:type="spellEnd"/>
      <w:r w:rsidR="00352C6C">
        <w:t xml:space="preserve"> a </w:t>
      </w:r>
      <w:proofErr w:type="spellStart"/>
      <w:r w:rsidR="00352C6C">
        <w:t>jejich</w:t>
      </w:r>
      <w:proofErr w:type="spellEnd"/>
      <w:r w:rsidR="00352C6C">
        <w:t xml:space="preserve"> </w:t>
      </w:r>
      <w:proofErr w:type="spellStart"/>
      <w:proofErr w:type="gramStart"/>
      <w:r w:rsidR="00352C6C">
        <w:t>užívání</w:t>
      </w:r>
      <w:proofErr w:type="spellEnd"/>
      <w:r w:rsidR="00352C6C">
        <w:t>“</w:t>
      </w:r>
      <w:proofErr w:type="gramEnd"/>
      <w:r w:rsidR="00352C6C">
        <w:t>,</w:t>
      </w:r>
    </w:p>
    <w:p w14:paraId="0A8B61BB" w14:textId="77777777" w:rsidR="004655C1" w:rsidRDefault="004655C1" w:rsidP="004655C1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</w:pPr>
      <w:proofErr w:type="spellStart"/>
      <w:r>
        <w:t>O</w:t>
      </w:r>
      <w:r w:rsidR="00352C6C">
        <w:t>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6/2006, </w:t>
      </w:r>
      <w:proofErr w:type="spellStart"/>
      <w:r w:rsidR="00352C6C">
        <w:t>kterou</w:t>
      </w:r>
      <w:proofErr w:type="spellEnd"/>
      <w:r w:rsidR="00352C6C">
        <w:t xml:space="preserve"> se </w:t>
      </w:r>
      <w:proofErr w:type="spellStart"/>
      <w:r w:rsidR="00352C6C">
        <w:t>ruší</w:t>
      </w:r>
      <w:proofErr w:type="spellEnd"/>
      <w:r w:rsidR="00352C6C">
        <w:t xml:space="preserve"> </w:t>
      </w:r>
      <w:proofErr w:type="spellStart"/>
      <w:r w:rsidR="00352C6C">
        <w:t>obecně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1/2002 O </w:t>
      </w:r>
      <w:proofErr w:type="spellStart"/>
      <w:r w:rsidR="00352C6C">
        <w:t>územní</w:t>
      </w:r>
      <w:proofErr w:type="spellEnd"/>
      <w:r w:rsidR="00352C6C">
        <w:t xml:space="preserve"> </w:t>
      </w:r>
      <w:proofErr w:type="spellStart"/>
      <w:r w:rsidR="00352C6C">
        <w:t>energetické</w:t>
      </w:r>
      <w:proofErr w:type="spellEnd"/>
      <w:r w:rsidR="00352C6C">
        <w:t xml:space="preserve"> </w:t>
      </w:r>
      <w:proofErr w:type="spellStart"/>
      <w:r w:rsidR="00352C6C">
        <w:t>koncepci</w:t>
      </w:r>
      <w:proofErr w:type="spellEnd"/>
      <w:r w:rsidR="00352C6C">
        <w:t xml:space="preserve"> </w:t>
      </w:r>
      <w:proofErr w:type="spellStart"/>
      <w:r w:rsidR="00352C6C">
        <w:t>města</w:t>
      </w:r>
      <w:proofErr w:type="spellEnd"/>
      <w:r w:rsidR="00352C6C">
        <w:t xml:space="preserve"> </w:t>
      </w:r>
      <w:proofErr w:type="spellStart"/>
      <w:r w:rsidR="00352C6C">
        <w:t>Třince</w:t>
      </w:r>
      <w:proofErr w:type="spellEnd"/>
      <w:r w:rsidR="00352C6C">
        <w:t>,</w:t>
      </w:r>
    </w:p>
    <w:p w14:paraId="203109D2" w14:textId="77777777" w:rsidR="004655C1" w:rsidRDefault="004655C1" w:rsidP="004655C1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</w:pPr>
      <w:proofErr w:type="spellStart"/>
      <w:r>
        <w:t>O</w:t>
      </w:r>
      <w:r w:rsidR="00352C6C">
        <w:t>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</w:t>
      </w:r>
      <w:proofErr w:type="spellStart"/>
      <w:r w:rsidR="00352C6C">
        <w:t>města</w:t>
      </w:r>
      <w:proofErr w:type="spellEnd"/>
      <w:r w:rsidR="00352C6C">
        <w:t xml:space="preserve"> </w:t>
      </w:r>
      <w:proofErr w:type="spellStart"/>
      <w:r w:rsidR="00352C6C">
        <w:t>Třince</w:t>
      </w:r>
      <w:proofErr w:type="spellEnd"/>
      <w:r w:rsidR="00352C6C">
        <w:t xml:space="preserve"> č. 5/2009, </w:t>
      </w:r>
      <w:proofErr w:type="spellStart"/>
      <w:r w:rsidR="00352C6C">
        <w:t>kterou</w:t>
      </w:r>
      <w:proofErr w:type="spellEnd"/>
      <w:r w:rsidR="00352C6C">
        <w:t xml:space="preserve"> se </w:t>
      </w:r>
      <w:proofErr w:type="spellStart"/>
      <w:r w:rsidR="00352C6C">
        <w:t>ruší</w:t>
      </w:r>
      <w:proofErr w:type="spellEnd"/>
      <w:r w:rsidR="00352C6C">
        <w:t xml:space="preserve"> „OBECNĚ ZÁVAZNÁ VYHLÁŠKA MĚSTA TŘINCE Č. 18/2004 – O MÍSTNÍM POPLATKU ZE </w:t>
      </w:r>
      <w:proofErr w:type="gramStart"/>
      <w:r w:rsidR="00352C6C">
        <w:t>VSTUPNÉHO“</w:t>
      </w:r>
      <w:proofErr w:type="gramEnd"/>
      <w:r w:rsidR="00352C6C">
        <w:t>,</w:t>
      </w:r>
    </w:p>
    <w:p w14:paraId="14528151" w14:textId="77777777" w:rsidR="004655C1" w:rsidRDefault="004655C1" w:rsidP="004655C1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</w:pPr>
      <w:proofErr w:type="spellStart"/>
      <w:r>
        <w:t>O</w:t>
      </w:r>
      <w:r w:rsidR="00352C6C">
        <w:t>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9/2009, </w:t>
      </w:r>
      <w:proofErr w:type="spellStart"/>
      <w:r w:rsidR="00352C6C">
        <w:t>kterou</w:t>
      </w:r>
      <w:proofErr w:type="spellEnd"/>
      <w:r w:rsidR="00352C6C">
        <w:t xml:space="preserve"> se </w:t>
      </w:r>
      <w:proofErr w:type="spellStart"/>
      <w:r w:rsidR="00352C6C">
        <w:t>ruší</w:t>
      </w:r>
      <w:proofErr w:type="spellEnd"/>
      <w:r w:rsidR="00352C6C">
        <w:t xml:space="preserve"> „</w:t>
      </w:r>
      <w:proofErr w:type="spellStart"/>
      <w:r w:rsidR="00352C6C">
        <w:t>Obecně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</w:t>
      </w:r>
      <w:proofErr w:type="spellStart"/>
      <w:r w:rsidR="00352C6C">
        <w:t>města</w:t>
      </w:r>
      <w:proofErr w:type="spellEnd"/>
      <w:r w:rsidR="00352C6C">
        <w:t xml:space="preserve"> </w:t>
      </w:r>
      <w:proofErr w:type="spellStart"/>
      <w:r w:rsidR="00352C6C">
        <w:t>Třince</w:t>
      </w:r>
      <w:proofErr w:type="spellEnd"/>
      <w:r w:rsidR="00352C6C">
        <w:t xml:space="preserve"> č. 3/2002 – o </w:t>
      </w:r>
      <w:proofErr w:type="spellStart"/>
      <w:r w:rsidR="00352C6C">
        <w:t>tvorbě</w:t>
      </w:r>
      <w:proofErr w:type="spellEnd"/>
      <w:r w:rsidR="00352C6C">
        <w:t xml:space="preserve"> a </w:t>
      </w:r>
      <w:proofErr w:type="spellStart"/>
      <w:r w:rsidR="00352C6C">
        <w:t>použití</w:t>
      </w:r>
      <w:proofErr w:type="spellEnd"/>
      <w:r w:rsidR="00352C6C">
        <w:t xml:space="preserve"> </w:t>
      </w:r>
      <w:proofErr w:type="spellStart"/>
      <w:r w:rsidR="00352C6C">
        <w:t>účelových</w:t>
      </w:r>
      <w:proofErr w:type="spellEnd"/>
      <w:r w:rsidR="00352C6C">
        <w:t xml:space="preserve"> </w:t>
      </w:r>
      <w:proofErr w:type="spellStart"/>
      <w:r w:rsidR="00352C6C">
        <w:t>prostředků</w:t>
      </w:r>
      <w:proofErr w:type="spellEnd"/>
      <w:r w:rsidR="00352C6C">
        <w:t xml:space="preserve"> ‚Fondu </w:t>
      </w:r>
      <w:proofErr w:type="spellStart"/>
      <w:r w:rsidR="00352C6C">
        <w:t>rozvoje</w:t>
      </w:r>
      <w:proofErr w:type="spellEnd"/>
      <w:r w:rsidR="00352C6C">
        <w:t xml:space="preserve"> </w:t>
      </w:r>
      <w:proofErr w:type="spellStart"/>
      <w:r w:rsidR="00352C6C">
        <w:t>bydlení</w:t>
      </w:r>
      <w:proofErr w:type="spellEnd"/>
      <w:r w:rsidR="00352C6C">
        <w:t xml:space="preserve"> </w:t>
      </w:r>
      <w:proofErr w:type="spellStart"/>
      <w:r w:rsidR="00352C6C">
        <w:t>města</w:t>
      </w:r>
      <w:proofErr w:type="spellEnd"/>
      <w:r w:rsidR="00352C6C">
        <w:t xml:space="preserve"> </w:t>
      </w:r>
      <w:proofErr w:type="gramStart"/>
      <w:r w:rsidR="00352C6C">
        <w:t>Třince‘</w:t>
      </w:r>
      <w:proofErr w:type="gramEnd"/>
      <w:r w:rsidR="00352C6C">
        <w:t>“,</w:t>
      </w:r>
    </w:p>
    <w:p w14:paraId="3C37C852" w14:textId="77777777" w:rsidR="004655C1" w:rsidRDefault="004655C1" w:rsidP="004655C1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</w:pPr>
      <w:proofErr w:type="spellStart"/>
      <w:r>
        <w:t>O</w:t>
      </w:r>
      <w:r w:rsidR="00352C6C">
        <w:t>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</w:t>
      </w:r>
      <w:proofErr w:type="spellStart"/>
      <w:r w:rsidR="00352C6C">
        <w:t>města</w:t>
      </w:r>
      <w:proofErr w:type="spellEnd"/>
      <w:r w:rsidR="00352C6C">
        <w:t xml:space="preserve"> </w:t>
      </w:r>
      <w:proofErr w:type="spellStart"/>
      <w:r w:rsidR="00352C6C">
        <w:t>Třince</w:t>
      </w:r>
      <w:proofErr w:type="spellEnd"/>
      <w:r w:rsidR="00352C6C">
        <w:t xml:space="preserve"> č. 3/2012, </w:t>
      </w:r>
      <w:proofErr w:type="spellStart"/>
      <w:r w:rsidR="00352C6C">
        <w:t>kterou</w:t>
      </w:r>
      <w:proofErr w:type="spellEnd"/>
      <w:r w:rsidR="00352C6C">
        <w:t xml:space="preserve"> se </w:t>
      </w:r>
      <w:proofErr w:type="spellStart"/>
      <w:r w:rsidR="00352C6C">
        <w:t>ruší</w:t>
      </w:r>
      <w:proofErr w:type="spellEnd"/>
      <w:r w:rsidR="00352C6C">
        <w:t xml:space="preserve"> </w:t>
      </w:r>
      <w:proofErr w:type="spellStart"/>
      <w:r w:rsidR="00352C6C">
        <w:t>obecně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</w:t>
      </w:r>
      <w:proofErr w:type="spellStart"/>
      <w:r w:rsidR="00352C6C">
        <w:t>města</w:t>
      </w:r>
      <w:proofErr w:type="spellEnd"/>
      <w:r w:rsidR="00352C6C">
        <w:t xml:space="preserve"> </w:t>
      </w:r>
      <w:proofErr w:type="spellStart"/>
      <w:r w:rsidR="00352C6C">
        <w:t>Třince</w:t>
      </w:r>
      <w:proofErr w:type="spellEnd"/>
      <w:r w:rsidR="00352C6C">
        <w:t xml:space="preserve"> č. 11/2011 o </w:t>
      </w:r>
      <w:proofErr w:type="spellStart"/>
      <w:r w:rsidR="00352C6C">
        <w:t>místním</w:t>
      </w:r>
      <w:proofErr w:type="spellEnd"/>
      <w:r w:rsidR="00352C6C">
        <w:t xml:space="preserve"> </w:t>
      </w:r>
      <w:proofErr w:type="spellStart"/>
      <w:r w:rsidR="00352C6C">
        <w:t>poplatku</w:t>
      </w:r>
      <w:proofErr w:type="spellEnd"/>
      <w:r w:rsidR="00352C6C">
        <w:t xml:space="preserve"> za </w:t>
      </w:r>
      <w:proofErr w:type="spellStart"/>
      <w:r w:rsidR="00352C6C">
        <w:t>provozovaný</w:t>
      </w:r>
      <w:proofErr w:type="spellEnd"/>
      <w:r w:rsidR="00352C6C">
        <w:t xml:space="preserve"> </w:t>
      </w:r>
      <w:proofErr w:type="spellStart"/>
      <w:r w:rsidR="00352C6C">
        <w:t>výherní</w:t>
      </w:r>
      <w:proofErr w:type="spellEnd"/>
      <w:r w:rsidR="00352C6C">
        <w:t xml:space="preserve"> </w:t>
      </w:r>
      <w:proofErr w:type="spellStart"/>
      <w:r w:rsidR="00352C6C">
        <w:t>hrací</w:t>
      </w:r>
      <w:proofErr w:type="spellEnd"/>
      <w:r w:rsidR="00352C6C">
        <w:t xml:space="preserve"> </w:t>
      </w:r>
      <w:proofErr w:type="spellStart"/>
      <w:r w:rsidR="00352C6C">
        <w:t>přístroj</w:t>
      </w:r>
      <w:proofErr w:type="spellEnd"/>
      <w:r w:rsidR="00352C6C">
        <w:t xml:space="preserve">, </w:t>
      </w:r>
      <w:proofErr w:type="spellStart"/>
      <w:r w:rsidR="00352C6C">
        <w:t>koncový</w:t>
      </w:r>
      <w:proofErr w:type="spellEnd"/>
      <w:r w:rsidR="00352C6C">
        <w:t xml:space="preserve"> </w:t>
      </w:r>
      <w:proofErr w:type="spellStart"/>
      <w:r w:rsidR="00352C6C">
        <w:t>interaktivní</w:t>
      </w:r>
      <w:proofErr w:type="spellEnd"/>
      <w:r w:rsidR="00352C6C">
        <w:t xml:space="preserve"> </w:t>
      </w:r>
      <w:proofErr w:type="spellStart"/>
      <w:r w:rsidR="00352C6C">
        <w:t>videoloterní</w:t>
      </w:r>
      <w:proofErr w:type="spellEnd"/>
      <w:r w:rsidR="00352C6C">
        <w:t xml:space="preserve"> </w:t>
      </w:r>
      <w:proofErr w:type="spellStart"/>
      <w:r w:rsidR="00352C6C">
        <w:t>terminál</w:t>
      </w:r>
      <w:proofErr w:type="spellEnd"/>
      <w:r w:rsidR="00352C6C">
        <w:t xml:space="preserve"> a </w:t>
      </w:r>
      <w:proofErr w:type="spellStart"/>
      <w:r w:rsidR="00352C6C">
        <w:t>herní</w:t>
      </w:r>
      <w:proofErr w:type="spellEnd"/>
      <w:r w:rsidR="00352C6C">
        <w:t xml:space="preserve"> </w:t>
      </w:r>
      <w:proofErr w:type="spellStart"/>
      <w:r w:rsidR="00352C6C">
        <w:t>místo</w:t>
      </w:r>
      <w:proofErr w:type="spellEnd"/>
      <w:r w:rsidR="00352C6C">
        <w:t xml:space="preserve"> </w:t>
      </w:r>
      <w:proofErr w:type="spellStart"/>
      <w:r w:rsidR="00352C6C">
        <w:t>lokálního</w:t>
      </w:r>
      <w:proofErr w:type="spellEnd"/>
      <w:r w:rsidR="00352C6C">
        <w:t xml:space="preserve"> </w:t>
      </w:r>
      <w:proofErr w:type="spellStart"/>
      <w:r w:rsidR="00352C6C">
        <w:t>herního</w:t>
      </w:r>
      <w:proofErr w:type="spellEnd"/>
      <w:r w:rsidR="00352C6C">
        <w:t xml:space="preserve"> </w:t>
      </w:r>
      <w:proofErr w:type="spellStart"/>
      <w:r w:rsidR="00352C6C">
        <w:t>systému</w:t>
      </w:r>
      <w:proofErr w:type="spellEnd"/>
      <w:r w:rsidR="00352C6C">
        <w:t>,</w:t>
      </w:r>
    </w:p>
    <w:p w14:paraId="430CC359" w14:textId="77777777" w:rsidR="004655C1" w:rsidRDefault="004655C1" w:rsidP="004655C1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</w:pPr>
      <w:proofErr w:type="spellStart"/>
      <w:r>
        <w:t>O</w:t>
      </w:r>
      <w:r w:rsidR="00352C6C">
        <w:t>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3/2014, </w:t>
      </w:r>
      <w:proofErr w:type="spellStart"/>
      <w:r w:rsidR="00352C6C">
        <w:t>kterou</w:t>
      </w:r>
      <w:proofErr w:type="spellEnd"/>
      <w:r w:rsidR="00352C6C">
        <w:t xml:space="preserve"> se </w:t>
      </w:r>
      <w:proofErr w:type="spellStart"/>
      <w:r w:rsidR="00352C6C">
        <w:t>zrušuje</w:t>
      </w:r>
      <w:proofErr w:type="spellEnd"/>
      <w:r w:rsidR="00352C6C">
        <w:t xml:space="preserve"> </w:t>
      </w:r>
      <w:proofErr w:type="spellStart"/>
      <w:r w:rsidR="00352C6C">
        <w:t>obecně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</w:t>
      </w:r>
      <w:proofErr w:type="spellStart"/>
      <w:r w:rsidR="00352C6C">
        <w:t>města</w:t>
      </w:r>
      <w:proofErr w:type="spellEnd"/>
      <w:r w:rsidR="00352C6C">
        <w:t xml:space="preserve"> </w:t>
      </w:r>
      <w:proofErr w:type="spellStart"/>
      <w:r w:rsidR="00352C6C">
        <w:t>Třince</w:t>
      </w:r>
      <w:proofErr w:type="spellEnd"/>
      <w:r w:rsidR="00352C6C">
        <w:t xml:space="preserve"> č. 5/94 o </w:t>
      </w:r>
      <w:proofErr w:type="spellStart"/>
      <w:r w:rsidR="00352C6C">
        <w:t>dodávce</w:t>
      </w:r>
      <w:proofErr w:type="spellEnd"/>
      <w:r w:rsidR="00352C6C">
        <w:t xml:space="preserve"> </w:t>
      </w:r>
      <w:proofErr w:type="gramStart"/>
      <w:r w:rsidR="00352C6C">
        <w:t>a</w:t>
      </w:r>
      <w:proofErr w:type="gramEnd"/>
      <w:r w:rsidR="00352C6C">
        <w:t xml:space="preserve"> </w:t>
      </w:r>
      <w:proofErr w:type="spellStart"/>
      <w:r w:rsidR="00352C6C">
        <w:t>odběru</w:t>
      </w:r>
      <w:proofErr w:type="spellEnd"/>
      <w:r w:rsidR="00352C6C">
        <w:t xml:space="preserve"> </w:t>
      </w:r>
      <w:proofErr w:type="spellStart"/>
      <w:r w:rsidR="00352C6C">
        <w:t>studené</w:t>
      </w:r>
      <w:proofErr w:type="spellEnd"/>
      <w:r w:rsidR="00352C6C">
        <w:t xml:space="preserve"> a </w:t>
      </w:r>
      <w:proofErr w:type="spellStart"/>
      <w:r w:rsidR="00352C6C">
        <w:t>teplé</w:t>
      </w:r>
      <w:proofErr w:type="spellEnd"/>
      <w:r w:rsidR="00352C6C">
        <w:t xml:space="preserve"> </w:t>
      </w:r>
      <w:proofErr w:type="spellStart"/>
      <w:r w:rsidR="00352C6C">
        <w:t>užitkové</w:t>
      </w:r>
      <w:proofErr w:type="spellEnd"/>
      <w:r w:rsidR="00352C6C">
        <w:t xml:space="preserve"> </w:t>
      </w:r>
      <w:proofErr w:type="spellStart"/>
      <w:r w:rsidR="00352C6C">
        <w:t>vody</w:t>
      </w:r>
      <w:proofErr w:type="spellEnd"/>
      <w:r w:rsidR="00352C6C">
        <w:t xml:space="preserve"> a </w:t>
      </w:r>
      <w:proofErr w:type="spellStart"/>
      <w:r w:rsidR="00352C6C">
        <w:t>jejich</w:t>
      </w:r>
      <w:proofErr w:type="spellEnd"/>
      <w:r w:rsidR="00352C6C">
        <w:t xml:space="preserve"> </w:t>
      </w:r>
      <w:proofErr w:type="spellStart"/>
      <w:r w:rsidR="00352C6C">
        <w:t>rozúčtování</w:t>
      </w:r>
      <w:proofErr w:type="spellEnd"/>
      <w:r w:rsidR="00352C6C">
        <w:t>,</w:t>
      </w:r>
    </w:p>
    <w:p w14:paraId="5BAF0F7D" w14:textId="77777777" w:rsidR="004655C1" w:rsidRDefault="004655C1" w:rsidP="004655C1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</w:pPr>
      <w:proofErr w:type="spellStart"/>
      <w:r>
        <w:t>O</w:t>
      </w:r>
      <w:r w:rsidR="00352C6C">
        <w:t>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OZV/03/2015, </w:t>
      </w:r>
      <w:proofErr w:type="spellStart"/>
      <w:r w:rsidR="00352C6C">
        <w:t>kterou</w:t>
      </w:r>
      <w:proofErr w:type="spellEnd"/>
      <w:r w:rsidR="00352C6C">
        <w:t xml:space="preserve"> se </w:t>
      </w:r>
      <w:proofErr w:type="spellStart"/>
      <w:r w:rsidR="00352C6C">
        <w:t>ruší</w:t>
      </w:r>
      <w:proofErr w:type="spellEnd"/>
      <w:r w:rsidR="00352C6C">
        <w:t xml:space="preserve"> </w:t>
      </w:r>
      <w:proofErr w:type="spellStart"/>
      <w:r w:rsidR="00352C6C">
        <w:t>obecně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5/99 „O </w:t>
      </w:r>
      <w:proofErr w:type="spellStart"/>
      <w:r w:rsidR="00352C6C">
        <w:t>udělování</w:t>
      </w:r>
      <w:proofErr w:type="spellEnd"/>
      <w:r w:rsidR="00352C6C">
        <w:t xml:space="preserve"> </w:t>
      </w:r>
      <w:proofErr w:type="spellStart"/>
      <w:r w:rsidR="00352C6C">
        <w:t>čestného</w:t>
      </w:r>
      <w:proofErr w:type="spellEnd"/>
      <w:r w:rsidR="00352C6C">
        <w:t xml:space="preserve"> </w:t>
      </w:r>
      <w:proofErr w:type="spellStart"/>
      <w:r w:rsidR="00352C6C">
        <w:t>občanství</w:t>
      </w:r>
      <w:proofErr w:type="spellEnd"/>
      <w:r w:rsidR="00352C6C">
        <w:t xml:space="preserve"> </w:t>
      </w:r>
      <w:proofErr w:type="spellStart"/>
      <w:r w:rsidR="00352C6C">
        <w:t>města</w:t>
      </w:r>
      <w:proofErr w:type="spellEnd"/>
      <w:r w:rsidR="00352C6C">
        <w:t xml:space="preserve"> </w:t>
      </w:r>
      <w:proofErr w:type="spellStart"/>
      <w:r w:rsidR="00352C6C">
        <w:t>Třince</w:t>
      </w:r>
      <w:proofErr w:type="spellEnd"/>
      <w:r w:rsidR="00352C6C">
        <w:t xml:space="preserve">, </w:t>
      </w:r>
      <w:proofErr w:type="spellStart"/>
      <w:r w:rsidR="00352C6C">
        <w:t>čestné</w:t>
      </w:r>
      <w:proofErr w:type="spellEnd"/>
      <w:r w:rsidR="00352C6C">
        <w:t xml:space="preserve"> </w:t>
      </w:r>
      <w:proofErr w:type="spellStart"/>
      <w:r w:rsidR="00352C6C">
        <w:t>záštity</w:t>
      </w:r>
      <w:proofErr w:type="spellEnd"/>
      <w:r w:rsidR="00352C6C">
        <w:t xml:space="preserve"> </w:t>
      </w:r>
      <w:proofErr w:type="spellStart"/>
      <w:r w:rsidR="00352C6C">
        <w:t>města</w:t>
      </w:r>
      <w:proofErr w:type="spellEnd"/>
      <w:r w:rsidR="00352C6C">
        <w:t xml:space="preserve"> </w:t>
      </w:r>
      <w:proofErr w:type="spellStart"/>
      <w:r w:rsidR="00352C6C">
        <w:t>Třince</w:t>
      </w:r>
      <w:proofErr w:type="spellEnd"/>
      <w:r w:rsidR="00352C6C">
        <w:t xml:space="preserve"> a </w:t>
      </w:r>
      <w:proofErr w:type="spellStart"/>
      <w:r w:rsidR="00352C6C">
        <w:t>záštity</w:t>
      </w:r>
      <w:proofErr w:type="spellEnd"/>
      <w:r w:rsidR="00352C6C">
        <w:t xml:space="preserve"> </w:t>
      </w:r>
      <w:proofErr w:type="spellStart"/>
      <w:r w:rsidR="00352C6C">
        <w:t>starosty</w:t>
      </w:r>
      <w:proofErr w:type="spellEnd"/>
      <w:r w:rsidR="00352C6C">
        <w:t xml:space="preserve"> </w:t>
      </w:r>
      <w:proofErr w:type="spellStart"/>
      <w:r w:rsidR="00352C6C">
        <w:t>města</w:t>
      </w:r>
      <w:proofErr w:type="spellEnd"/>
      <w:r w:rsidR="00352C6C">
        <w:t xml:space="preserve"> </w:t>
      </w:r>
      <w:proofErr w:type="gramStart"/>
      <w:r w:rsidR="00352C6C">
        <w:t>Třince“</w:t>
      </w:r>
      <w:proofErr w:type="gramEnd"/>
      <w:r w:rsidR="00352C6C">
        <w:t>,</w:t>
      </w:r>
    </w:p>
    <w:p w14:paraId="65F2064D" w14:textId="77777777" w:rsidR="004655C1" w:rsidRDefault="004655C1" w:rsidP="004655C1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</w:pPr>
      <w:proofErr w:type="spellStart"/>
      <w:r>
        <w:t>O</w:t>
      </w:r>
      <w:r w:rsidR="00352C6C">
        <w:t>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OZV/04/2015, o </w:t>
      </w:r>
      <w:proofErr w:type="spellStart"/>
      <w:r w:rsidR="00352C6C">
        <w:t>zrušení</w:t>
      </w:r>
      <w:proofErr w:type="spellEnd"/>
      <w:r w:rsidR="00352C6C">
        <w:t xml:space="preserve"> „</w:t>
      </w:r>
      <w:proofErr w:type="spellStart"/>
      <w:r w:rsidR="00352C6C">
        <w:t>obecně</w:t>
      </w:r>
      <w:proofErr w:type="spellEnd"/>
      <w:r w:rsidR="00352C6C">
        <w:t xml:space="preserve"> </w:t>
      </w:r>
      <w:proofErr w:type="spellStart"/>
      <w:r w:rsidR="00352C6C">
        <w:t>závazné</w:t>
      </w:r>
      <w:proofErr w:type="spellEnd"/>
      <w:r w:rsidR="00352C6C">
        <w:t xml:space="preserve"> </w:t>
      </w:r>
      <w:proofErr w:type="spellStart"/>
      <w:r w:rsidR="00352C6C">
        <w:t>vyhlášky</w:t>
      </w:r>
      <w:proofErr w:type="spellEnd"/>
      <w:r w:rsidR="00352C6C">
        <w:t xml:space="preserve"> </w:t>
      </w:r>
      <w:proofErr w:type="spellStart"/>
      <w:r w:rsidR="00352C6C">
        <w:t>města</w:t>
      </w:r>
      <w:proofErr w:type="spellEnd"/>
      <w:r w:rsidR="00352C6C">
        <w:t xml:space="preserve"> </w:t>
      </w:r>
      <w:proofErr w:type="spellStart"/>
      <w:r w:rsidR="00352C6C">
        <w:t>Třince</w:t>
      </w:r>
      <w:proofErr w:type="spellEnd"/>
      <w:r w:rsidR="00352C6C">
        <w:t xml:space="preserve"> č. 9/2011, o </w:t>
      </w:r>
      <w:proofErr w:type="spellStart"/>
      <w:r w:rsidR="00352C6C">
        <w:t>místním</w:t>
      </w:r>
      <w:proofErr w:type="spellEnd"/>
      <w:r w:rsidR="00352C6C">
        <w:t xml:space="preserve"> </w:t>
      </w:r>
      <w:proofErr w:type="spellStart"/>
      <w:r w:rsidR="00352C6C">
        <w:t>poplatku</w:t>
      </w:r>
      <w:proofErr w:type="spellEnd"/>
      <w:r w:rsidR="00352C6C">
        <w:t xml:space="preserve"> za </w:t>
      </w:r>
      <w:proofErr w:type="spellStart"/>
      <w:r w:rsidR="00352C6C">
        <w:t>lázeňský</w:t>
      </w:r>
      <w:proofErr w:type="spellEnd"/>
      <w:r w:rsidR="00352C6C">
        <w:t xml:space="preserve"> </w:t>
      </w:r>
      <w:proofErr w:type="spellStart"/>
      <w:r w:rsidR="00352C6C">
        <w:t>nebo</w:t>
      </w:r>
      <w:proofErr w:type="spellEnd"/>
      <w:r w:rsidR="00352C6C">
        <w:t xml:space="preserve"> </w:t>
      </w:r>
      <w:proofErr w:type="spellStart"/>
      <w:r w:rsidR="00352C6C">
        <w:t>rekreační</w:t>
      </w:r>
      <w:proofErr w:type="spellEnd"/>
      <w:r w:rsidR="00352C6C">
        <w:t xml:space="preserve"> </w:t>
      </w:r>
      <w:proofErr w:type="spellStart"/>
      <w:proofErr w:type="gramStart"/>
      <w:r w:rsidR="00352C6C">
        <w:t>pobyt</w:t>
      </w:r>
      <w:proofErr w:type="spellEnd"/>
      <w:r w:rsidR="00352C6C">
        <w:t>“</w:t>
      </w:r>
      <w:proofErr w:type="gramEnd"/>
      <w:r w:rsidR="00352C6C">
        <w:t>,</w:t>
      </w:r>
    </w:p>
    <w:p w14:paraId="10E8944A" w14:textId="77777777" w:rsidR="004655C1" w:rsidRDefault="004655C1" w:rsidP="004655C1">
      <w:pPr>
        <w:pStyle w:val="Odstavecseseznamem"/>
        <w:numPr>
          <w:ilvl w:val="0"/>
          <w:numId w:val="10"/>
        </w:numPr>
        <w:spacing w:after="0" w:line="240" w:lineRule="auto"/>
        <w:ind w:left="284" w:hanging="426"/>
        <w:jc w:val="both"/>
      </w:pPr>
      <w:proofErr w:type="spellStart"/>
      <w:r>
        <w:t>O</w:t>
      </w:r>
      <w:r w:rsidR="00352C6C">
        <w:t>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OZV/4/2016, </w:t>
      </w:r>
      <w:proofErr w:type="spellStart"/>
      <w:r w:rsidR="00352C6C">
        <w:t>kterou</w:t>
      </w:r>
      <w:proofErr w:type="spellEnd"/>
      <w:r w:rsidR="00352C6C">
        <w:t xml:space="preserve"> se </w:t>
      </w:r>
      <w:proofErr w:type="spellStart"/>
      <w:r w:rsidR="00352C6C">
        <w:t>ruší</w:t>
      </w:r>
      <w:proofErr w:type="spellEnd"/>
      <w:r w:rsidR="00352C6C">
        <w:t xml:space="preserve"> </w:t>
      </w:r>
      <w:proofErr w:type="spellStart"/>
      <w:r w:rsidR="00352C6C">
        <w:t>obecně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9/2013 k </w:t>
      </w:r>
      <w:proofErr w:type="spellStart"/>
      <w:r w:rsidR="00352C6C">
        <w:t>zabezpečení</w:t>
      </w:r>
      <w:proofErr w:type="spellEnd"/>
      <w:r w:rsidR="00352C6C">
        <w:t xml:space="preserve"> </w:t>
      </w:r>
      <w:proofErr w:type="spellStart"/>
      <w:r w:rsidR="00352C6C">
        <w:t>místních</w:t>
      </w:r>
      <w:proofErr w:type="spellEnd"/>
      <w:r w:rsidR="00352C6C">
        <w:t xml:space="preserve"> </w:t>
      </w:r>
      <w:proofErr w:type="spellStart"/>
      <w:r w:rsidR="00352C6C">
        <w:t>záležitostí</w:t>
      </w:r>
      <w:proofErr w:type="spellEnd"/>
      <w:r w:rsidR="00352C6C">
        <w:t xml:space="preserve"> </w:t>
      </w:r>
      <w:proofErr w:type="spellStart"/>
      <w:r w:rsidR="00352C6C">
        <w:t>veřejného</w:t>
      </w:r>
      <w:proofErr w:type="spellEnd"/>
      <w:r w:rsidR="00352C6C">
        <w:t xml:space="preserve"> </w:t>
      </w:r>
      <w:proofErr w:type="spellStart"/>
      <w:r w:rsidR="00352C6C">
        <w:t>pořádku</w:t>
      </w:r>
      <w:proofErr w:type="spellEnd"/>
      <w:r w:rsidR="00352C6C">
        <w:t xml:space="preserve"> </w:t>
      </w:r>
      <w:proofErr w:type="spellStart"/>
      <w:r w:rsidR="00352C6C">
        <w:t>při</w:t>
      </w:r>
      <w:proofErr w:type="spellEnd"/>
      <w:r w:rsidR="00352C6C">
        <w:t xml:space="preserve"> </w:t>
      </w:r>
      <w:proofErr w:type="spellStart"/>
      <w:r w:rsidR="00352C6C">
        <w:t>provozování</w:t>
      </w:r>
      <w:proofErr w:type="spellEnd"/>
      <w:r w:rsidR="00352C6C">
        <w:t xml:space="preserve"> </w:t>
      </w:r>
      <w:proofErr w:type="spellStart"/>
      <w:r w:rsidR="00352C6C">
        <w:t>hostinských</w:t>
      </w:r>
      <w:proofErr w:type="spellEnd"/>
      <w:r w:rsidR="00352C6C">
        <w:t xml:space="preserve"> </w:t>
      </w:r>
      <w:proofErr w:type="spellStart"/>
      <w:r w:rsidR="00352C6C">
        <w:t>činností</w:t>
      </w:r>
      <w:proofErr w:type="spellEnd"/>
      <w:r w:rsidR="00352C6C">
        <w:t>,</w:t>
      </w:r>
    </w:p>
    <w:p w14:paraId="458D85F7" w14:textId="77777777" w:rsidR="00324F86" w:rsidRDefault="004655C1" w:rsidP="00324F86">
      <w:pPr>
        <w:pStyle w:val="Odstavecseseznamem"/>
        <w:numPr>
          <w:ilvl w:val="0"/>
          <w:numId w:val="10"/>
        </w:numPr>
        <w:spacing w:after="0" w:line="240" w:lineRule="auto"/>
        <w:ind w:left="284" w:hanging="426"/>
        <w:jc w:val="both"/>
      </w:pPr>
      <w:proofErr w:type="spellStart"/>
      <w:r>
        <w:t>O</w:t>
      </w:r>
      <w:r w:rsidR="00352C6C">
        <w:t>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3/2018, </w:t>
      </w:r>
      <w:proofErr w:type="spellStart"/>
      <w:r w:rsidR="00352C6C">
        <w:t>kterou</w:t>
      </w:r>
      <w:proofErr w:type="spellEnd"/>
      <w:r w:rsidR="00352C6C">
        <w:t xml:space="preserve"> se </w:t>
      </w:r>
      <w:proofErr w:type="spellStart"/>
      <w:r w:rsidR="00352C6C">
        <w:t>zrušuje</w:t>
      </w:r>
      <w:proofErr w:type="spellEnd"/>
      <w:r w:rsidR="00352C6C">
        <w:t xml:space="preserve"> </w:t>
      </w:r>
      <w:proofErr w:type="spellStart"/>
      <w:r w:rsidR="00352C6C">
        <w:t>obecně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13/2017, </w:t>
      </w:r>
      <w:proofErr w:type="spellStart"/>
      <w:r w:rsidR="00352C6C">
        <w:t>která</w:t>
      </w:r>
      <w:proofErr w:type="spellEnd"/>
      <w:r w:rsidR="00352C6C">
        <w:t xml:space="preserve"> </w:t>
      </w:r>
      <w:proofErr w:type="spellStart"/>
      <w:r w:rsidR="00352C6C">
        <w:t>stanovuje</w:t>
      </w:r>
      <w:proofErr w:type="spellEnd"/>
      <w:r w:rsidR="00352C6C">
        <w:t xml:space="preserve"> </w:t>
      </w:r>
      <w:proofErr w:type="spellStart"/>
      <w:r w:rsidR="00352C6C">
        <w:t>podmínky</w:t>
      </w:r>
      <w:proofErr w:type="spellEnd"/>
      <w:r w:rsidR="00352C6C">
        <w:t xml:space="preserve"> k </w:t>
      </w:r>
      <w:proofErr w:type="spellStart"/>
      <w:r w:rsidR="00352C6C">
        <w:t>zabezpečení</w:t>
      </w:r>
      <w:proofErr w:type="spellEnd"/>
      <w:r w:rsidR="00352C6C">
        <w:t xml:space="preserve"> </w:t>
      </w:r>
      <w:proofErr w:type="spellStart"/>
      <w:r w:rsidR="00352C6C">
        <w:t>požární</w:t>
      </w:r>
      <w:proofErr w:type="spellEnd"/>
      <w:r w:rsidR="00352C6C">
        <w:t xml:space="preserve"> </w:t>
      </w:r>
      <w:proofErr w:type="spellStart"/>
      <w:r w:rsidR="00352C6C">
        <w:t>ochrany</w:t>
      </w:r>
      <w:proofErr w:type="spellEnd"/>
      <w:r w:rsidR="00352C6C">
        <w:t xml:space="preserve"> </w:t>
      </w:r>
      <w:proofErr w:type="spellStart"/>
      <w:r w:rsidR="00352C6C">
        <w:t>při</w:t>
      </w:r>
      <w:proofErr w:type="spellEnd"/>
      <w:r w:rsidR="00352C6C">
        <w:t xml:space="preserve"> </w:t>
      </w:r>
      <w:proofErr w:type="spellStart"/>
      <w:r w:rsidR="00352C6C">
        <w:t>akcích</w:t>
      </w:r>
      <w:proofErr w:type="spellEnd"/>
      <w:r w:rsidR="00352C6C">
        <w:t xml:space="preserve"> s </w:t>
      </w:r>
      <w:proofErr w:type="spellStart"/>
      <w:r w:rsidR="00352C6C">
        <w:t>větším</w:t>
      </w:r>
      <w:proofErr w:type="spellEnd"/>
      <w:r w:rsidR="00352C6C">
        <w:t xml:space="preserve"> </w:t>
      </w:r>
      <w:proofErr w:type="spellStart"/>
      <w:r w:rsidR="00352C6C">
        <w:t>počtem</w:t>
      </w:r>
      <w:proofErr w:type="spellEnd"/>
      <w:r w:rsidR="00352C6C">
        <w:t xml:space="preserve"> </w:t>
      </w:r>
      <w:proofErr w:type="spellStart"/>
      <w:r w:rsidR="00352C6C">
        <w:t>účastníků</w:t>
      </w:r>
      <w:proofErr w:type="spellEnd"/>
      <w:r w:rsidR="00352C6C">
        <w:t>,</w:t>
      </w:r>
    </w:p>
    <w:p w14:paraId="61593F94" w14:textId="77777777" w:rsidR="00324F86" w:rsidRDefault="00324F86" w:rsidP="00324F86">
      <w:pPr>
        <w:pStyle w:val="Odstavecseseznamem"/>
        <w:numPr>
          <w:ilvl w:val="0"/>
          <w:numId w:val="10"/>
        </w:numPr>
        <w:spacing w:after="0" w:line="240" w:lineRule="auto"/>
        <w:ind w:left="284" w:hanging="426"/>
        <w:jc w:val="both"/>
      </w:pPr>
      <w:proofErr w:type="spellStart"/>
      <w:r>
        <w:t>O</w:t>
      </w:r>
      <w:r w:rsidR="00352C6C">
        <w:t>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9/2019 o </w:t>
      </w:r>
      <w:proofErr w:type="spellStart"/>
      <w:r w:rsidR="00352C6C">
        <w:t>zrušení</w:t>
      </w:r>
      <w:proofErr w:type="spellEnd"/>
      <w:r w:rsidR="00352C6C">
        <w:t xml:space="preserve"> „</w:t>
      </w:r>
      <w:proofErr w:type="spellStart"/>
      <w:r w:rsidR="00352C6C">
        <w:t>obecně</w:t>
      </w:r>
      <w:proofErr w:type="spellEnd"/>
      <w:r w:rsidR="00352C6C">
        <w:t xml:space="preserve"> </w:t>
      </w:r>
      <w:proofErr w:type="spellStart"/>
      <w:r w:rsidR="00352C6C">
        <w:t>závazné</w:t>
      </w:r>
      <w:proofErr w:type="spellEnd"/>
      <w:r w:rsidR="00352C6C">
        <w:t xml:space="preserve"> </w:t>
      </w:r>
      <w:proofErr w:type="spellStart"/>
      <w:r w:rsidR="00352C6C">
        <w:t>vyhlášky</w:t>
      </w:r>
      <w:proofErr w:type="spellEnd"/>
      <w:r w:rsidR="00352C6C">
        <w:t xml:space="preserve"> </w:t>
      </w:r>
      <w:proofErr w:type="spellStart"/>
      <w:r w:rsidR="00352C6C">
        <w:t>města</w:t>
      </w:r>
      <w:proofErr w:type="spellEnd"/>
      <w:r w:rsidR="00352C6C">
        <w:t xml:space="preserve"> </w:t>
      </w:r>
      <w:proofErr w:type="spellStart"/>
      <w:r w:rsidR="00352C6C">
        <w:t>Třince</w:t>
      </w:r>
      <w:proofErr w:type="spellEnd"/>
      <w:r w:rsidR="00352C6C">
        <w:t xml:space="preserve"> č. 12/2017 o </w:t>
      </w:r>
      <w:proofErr w:type="spellStart"/>
      <w:r w:rsidR="00352C6C">
        <w:t>místním</w:t>
      </w:r>
      <w:proofErr w:type="spellEnd"/>
      <w:r w:rsidR="00352C6C">
        <w:t xml:space="preserve"> </w:t>
      </w:r>
      <w:proofErr w:type="spellStart"/>
      <w:r w:rsidR="00352C6C">
        <w:t>poplatku</w:t>
      </w:r>
      <w:proofErr w:type="spellEnd"/>
      <w:r w:rsidR="00352C6C">
        <w:t xml:space="preserve"> z </w:t>
      </w:r>
      <w:proofErr w:type="spellStart"/>
      <w:r w:rsidR="00352C6C">
        <w:t>ubytovací</w:t>
      </w:r>
      <w:proofErr w:type="spellEnd"/>
      <w:r w:rsidR="00352C6C">
        <w:t xml:space="preserve"> </w:t>
      </w:r>
      <w:proofErr w:type="spellStart"/>
      <w:proofErr w:type="gramStart"/>
      <w:r w:rsidR="00352C6C">
        <w:t>kapacity</w:t>
      </w:r>
      <w:proofErr w:type="spellEnd"/>
      <w:r w:rsidR="00352C6C">
        <w:t>“</w:t>
      </w:r>
      <w:proofErr w:type="gramEnd"/>
      <w:r w:rsidR="00352C6C">
        <w:t>,</w:t>
      </w:r>
    </w:p>
    <w:p w14:paraId="37E8EB5B" w14:textId="77777777" w:rsidR="00324F86" w:rsidRDefault="00324F86" w:rsidP="00324F86">
      <w:pPr>
        <w:pStyle w:val="Odstavecseseznamem"/>
        <w:numPr>
          <w:ilvl w:val="0"/>
          <w:numId w:val="10"/>
        </w:numPr>
        <w:spacing w:after="0" w:line="240" w:lineRule="auto"/>
        <w:ind w:left="284" w:hanging="426"/>
        <w:jc w:val="both"/>
      </w:pPr>
      <w:proofErr w:type="spellStart"/>
      <w:r>
        <w:t>O</w:t>
      </w:r>
      <w:r w:rsidR="00352C6C">
        <w:t>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6/2020, </w:t>
      </w:r>
      <w:proofErr w:type="spellStart"/>
      <w:r w:rsidR="00352C6C">
        <w:t>kterou</w:t>
      </w:r>
      <w:proofErr w:type="spellEnd"/>
      <w:r w:rsidR="00352C6C">
        <w:t xml:space="preserve"> se </w:t>
      </w:r>
      <w:proofErr w:type="spellStart"/>
      <w:r w:rsidR="00352C6C">
        <w:t>ruší</w:t>
      </w:r>
      <w:proofErr w:type="spellEnd"/>
      <w:r w:rsidR="00352C6C">
        <w:t xml:space="preserve"> „</w:t>
      </w:r>
      <w:proofErr w:type="spellStart"/>
      <w:r w:rsidR="00352C6C">
        <w:t>obecně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12/2013, o </w:t>
      </w:r>
      <w:proofErr w:type="spellStart"/>
      <w:r w:rsidR="00352C6C">
        <w:t>prokazování</w:t>
      </w:r>
      <w:proofErr w:type="spellEnd"/>
      <w:r w:rsidR="00352C6C">
        <w:t xml:space="preserve"> </w:t>
      </w:r>
      <w:proofErr w:type="spellStart"/>
      <w:r w:rsidR="00352C6C">
        <w:t>znalosti</w:t>
      </w:r>
      <w:proofErr w:type="spellEnd"/>
      <w:r w:rsidR="00352C6C">
        <w:t xml:space="preserve"> </w:t>
      </w:r>
      <w:proofErr w:type="spellStart"/>
      <w:r w:rsidR="00352C6C">
        <w:t>místopisu</w:t>
      </w:r>
      <w:proofErr w:type="spellEnd"/>
      <w:r w:rsidR="00352C6C">
        <w:t xml:space="preserve">, </w:t>
      </w:r>
      <w:proofErr w:type="spellStart"/>
      <w:r w:rsidR="00352C6C">
        <w:t>obsluhy</w:t>
      </w:r>
      <w:proofErr w:type="spellEnd"/>
      <w:r w:rsidR="00352C6C">
        <w:t xml:space="preserve"> </w:t>
      </w:r>
      <w:proofErr w:type="spellStart"/>
      <w:r w:rsidR="00352C6C">
        <w:t>taxametru</w:t>
      </w:r>
      <w:proofErr w:type="spellEnd"/>
      <w:r w:rsidR="00352C6C">
        <w:t xml:space="preserve"> a </w:t>
      </w:r>
      <w:proofErr w:type="spellStart"/>
      <w:r w:rsidR="00352C6C">
        <w:t>právních</w:t>
      </w:r>
      <w:proofErr w:type="spellEnd"/>
      <w:r w:rsidR="00352C6C">
        <w:t xml:space="preserve"> </w:t>
      </w:r>
      <w:proofErr w:type="spellStart"/>
      <w:r w:rsidR="00352C6C">
        <w:t>předpisů</w:t>
      </w:r>
      <w:proofErr w:type="spellEnd"/>
      <w:r w:rsidR="00352C6C">
        <w:t xml:space="preserve"> </w:t>
      </w:r>
      <w:proofErr w:type="spellStart"/>
      <w:r w:rsidR="00352C6C">
        <w:t>upravujících</w:t>
      </w:r>
      <w:proofErr w:type="spellEnd"/>
      <w:r w:rsidR="00352C6C">
        <w:t xml:space="preserve"> </w:t>
      </w:r>
      <w:proofErr w:type="spellStart"/>
      <w:r w:rsidR="00352C6C">
        <w:t>provozování</w:t>
      </w:r>
      <w:proofErr w:type="spellEnd"/>
      <w:r w:rsidR="00352C6C">
        <w:t xml:space="preserve"> </w:t>
      </w:r>
      <w:proofErr w:type="spellStart"/>
      <w:r w:rsidR="00352C6C">
        <w:t>taxislužby</w:t>
      </w:r>
      <w:proofErr w:type="spellEnd"/>
      <w:r w:rsidR="00352C6C">
        <w:t xml:space="preserve"> </w:t>
      </w:r>
      <w:proofErr w:type="gramStart"/>
      <w:r w:rsidR="00352C6C">
        <w:t>a</w:t>
      </w:r>
      <w:proofErr w:type="gramEnd"/>
      <w:r w:rsidR="00352C6C">
        <w:t xml:space="preserve"> </w:t>
      </w:r>
      <w:proofErr w:type="spellStart"/>
      <w:r w:rsidR="00352C6C">
        <w:t>ochranu</w:t>
      </w:r>
      <w:proofErr w:type="spellEnd"/>
      <w:r w:rsidR="00352C6C">
        <w:t xml:space="preserve"> </w:t>
      </w:r>
      <w:proofErr w:type="spellStart"/>
      <w:r w:rsidR="00352C6C">
        <w:t>spotřebitele</w:t>
      </w:r>
      <w:proofErr w:type="spellEnd"/>
      <w:r w:rsidR="00352C6C">
        <w:t xml:space="preserve"> </w:t>
      </w:r>
      <w:proofErr w:type="spellStart"/>
      <w:r w:rsidR="00352C6C">
        <w:t>na</w:t>
      </w:r>
      <w:proofErr w:type="spellEnd"/>
      <w:r w:rsidR="00352C6C">
        <w:t xml:space="preserve"> </w:t>
      </w:r>
      <w:proofErr w:type="spellStart"/>
      <w:r w:rsidR="00352C6C">
        <w:t>území</w:t>
      </w:r>
      <w:proofErr w:type="spellEnd"/>
      <w:r w:rsidR="00352C6C">
        <w:t xml:space="preserve"> </w:t>
      </w:r>
      <w:proofErr w:type="spellStart"/>
      <w:r w:rsidR="00352C6C">
        <w:t>města</w:t>
      </w:r>
      <w:proofErr w:type="spellEnd"/>
      <w:r w:rsidR="00352C6C">
        <w:t xml:space="preserve"> </w:t>
      </w:r>
      <w:proofErr w:type="gramStart"/>
      <w:r w:rsidR="00352C6C">
        <w:t>Třince“</w:t>
      </w:r>
      <w:proofErr w:type="gramEnd"/>
      <w:r w:rsidR="00352C6C">
        <w:t>,</w:t>
      </w:r>
    </w:p>
    <w:p w14:paraId="7D99CCAF" w14:textId="77777777" w:rsidR="00324F86" w:rsidRDefault="00324F86" w:rsidP="00324F86">
      <w:pPr>
        <w:pStyle w:val="Odstavecseseznamem"/>
        <w:numPr>
          <w:ilvl w:val="0"/>
          <w:numId w:val="10"/>
        </w:numPr>
        <w:spacing w:after="0" w:line="240" w:lineRule="auto"/>
        <w:ind w:left="284" w:hanging="426"/>
        <w:jc w:val="both"/>
      </w:pPr>
      <w:proofErr w:type="spellStart"/>
      <w:r>
        <w:lastRenderedPageBreak/>
        <w:t>O</w:t>
      </w:r>
      <w:r w:rsidR="00352C6C">
        <w:t>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8/2020, </w:t>
      </w:r>
      <w:proofErr w:type="spellStart"/>
      <w:r w:rsidR="00352C6C">
        <w:t>kterou</w:t>
      </w:r>
      <w:proofErr w:type="spellEnd"/>
      <w:r w:rsidR="00352C6C">
        <w:t xml:space="preserve"> se </w:t>
      </w:r>
      <w:proofErr w:type="spellStart"/>
      <w:r w:rsidR="00352C6C">
        <w:t>ruší</w:t>
      </w:r>
      <w:proofErr w:type="spellEnd"/>
      <w:r w:rsidR="00352C6C">
        <w:t xml:space="preserve"> „</w:t>
      </w:r>
      <w:proofErr w:type="spellStart"/>
      <w:r w:rsidR="00352C6C">
        <w:t>obecně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OZV/02/2015 o </w:t>
      </w:r>
      <w:proofErr w:type="spellStart"/>
      <w:r w:rsidR="00352C6C">
        <w:t>stanovení</w:t>
      </w:r>
      <w:proofErr w:type="spellEnd"/>
      <w:r w:rsidR="00352C6C">
        <w:t xml:space="preserve"> </w:t>
      </w:r>
      <w:proofErr w:type="spellStart"/>
      <w:r w:rsidR="00352C6C">
        <w:t>podmínek</w:t>
      </w:r>
      <w:proofErr w:type="spellEnd"/>
      <w:r w:rsidR="00352C6C">
        <w:t xml:space="preserve"> </w:t>
      </w:r>
      <w:proofErr w:type="spellStart"/>
      <w:r w:rsidR="00352C6C">
        <w:t>užívání</w:t>
      </w:r>
      <w:proofErr w:type="spellEnd"/>
      <w:r w:rsidR="00352C6C">
        <w:t xml:space="preserve"> </w:t>
      </w:r>
      <w:proofErr w:type="spellStart"/>
      <w:r w:rsidR="00352C6C">
        <w:t>stanovišť</w:t>
      </w:r>
      <w:proofErr w:type="spellEnd"/>
      <w:r w:rsidR="00352C6C">
        <w:t xml:space="preserve"> </w:t>
      </w:r>
      <w:proofErr w:type="spellStart"/>
      <w:r w:rsidR="00352C6C">
        <w:t>vozidel</w:t>
      </w:r>
      <w:proofErr w:type="spellEnd"/>
      <w:r w:rsidR="00352C6C">
        <w:t xml:space="preserve"> </w:t>
      </w:r>
      <w:proofErr w:type="spellStart"/>
      <w:r w:rsidR="00352C6C">
        <w:t>taxislužby</w:t>
      </w:r>
      <w:proofErr w:type="spellEnd"/>
      <w:r w:rsidR="00352C6C">
        <w:t xml:space="preserve"> </w:t>
      </w:r>
      <w:proofErr w:type="spellStart"/>
      <w:r w:rsidR="00352C6C">
        <w:t>zřízených</w:t>
      </w:r>
      <w:proofErr w:type="spellEnd"/>
      <w:r w:rsidR="00352C6C">
        <w:t xml:space="preserve"> </w:t>
      </w:r>
      <w:proofErr w:type="spellStart"/>
      <w:r w:rsidR="00352C6C">
        <w:t>městem</w:t>
      </w:r>
      <w:proofErr w:type="spellEnd"/>
      <w:r w:rsidR="00352C6C">
        <w:t xml:space="preserve"> </w:t>
      </w:r>
      <w:proofErr w:type="spellStart"/>
      <w:r w:rsidR="00352C6C">
        <w:t>Třinec</w:t>
      </w:r>
      <w:proofErr w:type="spellEnd"/>
      <w:r w:rsidR="00352C6C">
        <w:t xml:space="preserve"> a </w:t>
      </w:r>
      <w:proofErr w:type="spellStart"/>
      <w:r w:rsidR="00352C6C">
        <w:t>vydání</w:t>
      </w:r>
      <w:proofErr w:type="spellEnd"/>
      <w:r w:rsidR="00352C6C">
        <w:t xml:space="preserve"> ‚</w:t>
      </w:r>
      <w:proofErr w:type="spellStart"/>
      <w:r w:rsidR="00352C6C">
        <w:t>Provozního</w:t>
      </w:r>
      <w:proofErr w:type="spellEnd"/>
      <w:r w:rsidR="00352C6C">
        <w:t xml:space="preserve"> </w:t>
      </w:r>
      <w:proofErr w:type="spellStart"/>
      <w:r w:rsidR="00352C6C">
        <w:t>řádu</w:t>
      </w:r>
      <w:proofErr w:type="spellEnd"/>
      <w:r w:rsidR="00352C6C">
        <w:t xml:space="preserve"> </w:t>
      </w:r>
      <w:proofErr w:type="spellStart"/>
      <w:r w:rsidR="00352C6C">
        <w:t>stanovišť</w:t>
      </w:r>
      <w:proofErr w:type="spellEnd"/>
      <w:r w:rsidR="00352C6C">
        <w:t xml:space="preserve"> </w:t>
      </w:r>
      <w:proofErr w:type="spellStart"/>
      <w:r w:rsidR="00352C6C">
        <w:t>vozidel</w:t>
      </w:r>
      <w:proofErr w:type="spellEnd"/>
      <w:r w:rsidR="00352C6C">
        <w:t xml:space="preserve"> </w:t>
      </w:r>
      <w:proofErr w:type="spellStart"/>
      <w:proofErr w:type="gramStart"/>
      <w:r w:rsidR="00352C6C">
        <w:t>taxislužby</w:t>
      </w:r>
      <w:proofErr w:type="spellEnd"/>
      <w:r w:rsidR="00352C6C">
        <w:t xml:space="preserve">‘ </w:t>
      </w:r>
      <w:proofErr w:type="spellStart"/>
      <w:r w:rsidR="00352C6C">
        <w:t>upravujícího</w:t>
      </w:r>
      <w:proofErr w:type="spellEnd"/>
      <w:proofErr w:type="gramEnd"/>
      <w:r w:rsidR="00352C6C">
        <w:t xml:space="preserve"> </w:t>
      </w:r>
      <w:proofErr w:type="spellStart"/>
      <w:r w:rsidR="00352C6C">
        <w:t>pravidla</w:t>
      </w:r>
      <w:proofErr w:type="spellEnd"/>
      <w:r w:rsidR="00352C6C">
        <w:t xml:space="preserve"> </w:t>
      </w:r>
      <w:proofErr w:type="spellStart"/>
      <w:r w:rsidR="00352C6C">
        <w:t>provozu</w:t>
      </w:r>
      <w:proofErr w:type="spellEnd"/>
      <w:r w:rsidR="00352C6C">
        <w:t xml:space="preserve"> </w:t>
      </w:r>
      <w:proofErr w:type="spellStart"/>
      <w:r w:rsidR="00352C6C">
        <w:t>na</w:t>
      </w:r>
      <w:proofErr w:type="spellEnd"/>
      <w:r w:rsidR="00352C6C">
        <w:t xml:space="preserve"> </w:t>
      </w:r>
      <w:proofErr w:type="spellStart"/>
      <w:r w:rsidR="00352C6C">
        <w:t>těchto</w:t>
      </w:r>
      <w:proofErr w:type="spellEnd"/>
      <w:r w:rsidR="00352C6C">
        <w:t xml:space="preserve"> </w:t>
      </w:r>
      <w:proofErr w:type="spellStart"/>
      <w:proofErr w:type="gramStart"/>
      <w:r w:rsidR="00352C6C">
        <w:t>stanovištích</w:t>
      </w:r>
      <w:proofErr w:type="spellEnd"/>
      <w:r w:rsidR="00352C6C">
        <w:t>“</w:t>
      </w:r>
      <w:proofErr w:type="gramEnd"/>
      <w:r w:rsidR="00352C6C">
        <w:t>,</w:t>
      </w:r>
    </w:p>
    <w:p w14:paraId="104E527C" w14:textId="77777777" w:rsidR="00324F86" w:rsidRDefault="00324F86" w:rsidP="00324F86">
      <w:pPr>
        <w:pStyle w:val="Odstavecseseznamem"/>
        <w:numPr>
          <w:ilvl w:val="0"/>
          <w:numId w:val="10"/>
        </w:numPr>
        <w:spacing w:after="0" w:line="240" w:lineRule="auto"/>
        <w:ind w:left="284" w:hanging="426"/>
        <w:jc w:val="both"/>
      </w:pPr>
      <w:proofErr w:type="spellStart"/>
      <w:r>
        <w:t>O</w:t>
      </w:r>
      <w:r w:rsidR="00352C6C">
        <w:t>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, </w:t>
      </w:r>
      <w:proofErr w:type="spellStart"/>
      <w:r w:rsidR="00352C6C">
        <w:t>kterou</w:t>
      </w:r>
      <w:proofErr w:type="spellEnd"/>
      <w:r w:rsidR="00352C6C">
        <w:t xml:space="preserve"> se </w:t>
      </w:r>
      <w:proofErr w:type="spellStart"/>
      <w:r w:rsidR="00352C6C">
        <w:t>ruší</w:t>
      </w:r>
      <w:proofErr w:type="spellEnd"/>
      <w:r w:rsidR="00352C6C">
        <w:t xml:space="preserve"> </w:t>
      </w:r>
      <w:proofErr w:type="spellStart"/>
      <w:r w:rsidR="00352C6C">
        <w:t>Obecně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6/2013 o </w:t>
      </w:r>
      <w:proofErr w:type="spellStart"/>
      <w:r w:rsidR="00352C6C">
        <w:t>zákazu</w:t>
      </w:r>
      <w:proofErr w:type="spellEnd"/>
      <w:r w:rsidR="00352C6C">
        <w:t xml:space="preserve"> </w:t>
      </w:r>
      <w:proofErr w:type="spellStart"/>
      <w:r w:rsidR="00352C6C">
        <w:t>kouření</w:t>
      </w:r>
      <w:proofErr w:type="spellEnd"/>
      <w:r w:rsidR="00352C6C">
        <w:t>,</w:t>
      </w:r>
    </w:p>
    <w:p w14:paraId="27BF0ABB" w14:textId="77777777" w:rsidR="00324F86" w:rsidRDefault="00324F86" w:rsidP="00324F86">
      <w:pPr>
        <w:pStyle w:val="Odstavecseseznamem"/>
        <w:numPr>
          <w:ilvl w:val="0"/>
          <w:numId w:val="10"/>
        </w:numPr>
        <w:spacing w:after="0" w:line="240" w:lineRule="auto"/>
        <w:ind w:left="284" w:hanging="426"/>
        <w:jc w:val="both"/>
      </w:pPr>
      <w:proofErr w:type="spellStart"/>
      <w:r>
        <w:t>O</w:t>
      </w:r>
      <w:r w:rsidR="00352C6C">
        <w:t>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</w:t>
      </w:r>
      <w:proofErr w:type="spellStart"/>
      <w:r w:rsidR="00352C6C">
        <w:t>statutárního</w:t>
      </w:r>
      <w:proofErr w:type="spellEnd"/>
      <w:r w:rsidR="00352C6C">
        <w:t xml:space="preserve"> </w:t>
      </w:r>
      <w:proofErr w:type="spellStart"/>
      <w:r w:rsidR="00352C6C">
        <w:t>města</w:t>
      </w:r>
      <w:proofErr w:type="spellEnd"/>
      <w:r w:rsidR="00352C6C">
        <w:t xml:space="preserve"> </w:t>
      </w:r>
      <w:proofErr w:type="spellStart"/>
      <w:r w:rsidR="00352C6C">
        <w:t>Třince</w:t>
      </w:r>
      <w:proofErr w:type="spellEnd"/>
      <w:r w:rsidR="00352C6C">
        <w:t xml:space="preserve"> o </w:t>
      </w:r>
      <w:proofErr w:type="spellStart"/>
      <w:r w:rsidR="00352C6C">
        <w:t>zrušení</w:t>
      </w:r>
      <w:proofErr w:type="spellEnd"/>
      <w:r w:rsidR="00352C6C">
        <w:t xml:space="preserve"> „</w:t>
      </w:r>
      <w:proofErr w:type="spellStart"/>
      <w:r w:rsidR="00352C6C">
        <w:t>obecně</w:t>
      </w:r>
      <w:proofErr w:type="spellEnd"/>
      <w:r w:rsidR="00352C6C">
        <w:t xml:space="preserve"> </w:t>
      </w:r>
      <w:proofErr w:type="spellStart"/>
      <w:r w:rsidR="00352C6C">
        <w:t>závazné</w:t>
      </w:r>
      <w:proofErr w:type="spellEnd"/>
      <w:r w:rsidR="00352C6C">
        <w:t xml:space="preserve"> </w:t>
      </w:r>
      <w:proofErr w:type="spellStart"/>
      <w:r w:rsidR="00352C6C">
        <w:t>vyhlášky</w:t>
      </w:r>
      <w:proofErr w:type="spellEnd"/>
      <w:r w:rsidR="00352C6C">
        <w:t xml:space="preserve">, </w:t>
      </w:r>
      <w:proofErr w:type="spellStart"/>
      <w:r w:rsidR="00352C6C">
        <w:t>kterou</w:t>
      </w:r>
      <w:proofErr w:type="spellEnd"/>
      <w:r w:rsidR="00352C6C">
        <w:t xml:space="preserve"> se </w:t>
      </w:r>
      <w:proofErr w:type="spellStart"/>
      <w:r w:rsidR="00352C6C">
        <w:t>mění</w:t>
      </w:r>
      <w:proofErr w:type="spellEnd"/>
      <w:r w:rsidR="00352C6C">
        <w:t xml:space="preserve"> a </w:t>
      </w:r>
      <w:proofErr w:type="spellStart"/>
      <w:r w:rsidR="00352C6C">
        <w:t>doplňuje</w:t>
      </w:r>
      <w:proofErr w:type="spellEnd"/>
      <w:r w:rsidR="00352C6C">
        <w:t xml:space="preserve"> </w:t>
      </w:r>
      <w:proofErr w:type="spellStart"/>
      <w:r w:rsidR="00352C6C">
        <w:t>obecně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1/2021 o </w:t>
      </w:r>
      <w:proofErr w:type="spellStart"/>
      <w:r w:rsidR="00352C6C">
        <w:t>místním</w:t>
      </w:r>
      <w:proofErr w:type="spellEnd"/>
      <w:r w:rsidR="00352C6C">
        <w:t xml:space="preserve"> </w:t>
      </w:r>
      <w:proofErr w:type="spellStart"/>
      <w:r w:rsidR="00352C6C">
        <w:t>poplatku</w:t>
      </w:r>
      <w:proofErr w:type="spellEnd"/>
      <w:r w:rsidR="00352C6C">
        <w:t xml:space="preserve"> z </w:t>
      </w:r>
      <w:proofErr w:type="spellStart"/>
      <w:proofErr w:type="gramStart"/>
      <w:r w:rsidR="00352C6C">
        <w:t>pobytu</w:t>
      </w:r>
      <w:proofErr w:type="spellEnd"/>
      <w:r w:rsidR="00352C6C">
        <w:t>“</w:t>
      </w:r>
      <w:proofErr w:type="gramEnd"/>
      <w:r w:rsidR="00352C6C">
        <w:t>,</w:t>
      </w:r>
    </w:p>
    <w:p w14:paraId="670B7DCD" w14:textId="77777777" w:rsidR="00501ABD" w:rsidRDefault="00324F86" w:rsidP="00324F86">
      <w:pPr>
        <w:pStyle w:val="Odstavecseseznamem"/>
        <w:numPr>
          <w:ilvl w:val="0"/>
          <w:numId w:val="10"/>
        </w:numPr>
        <w:spacing w:after="0" w:line="240" w:lineRule="auto"/>
        <w:ind w:left="284" w:hanging="426"/>
        <w:jc w:val="both"/>
      </w:pPr>
      <w:proofErr w:type="spellStart"/>
      <w:r>
        <w:t>O</w:t>
      </w:r>
      <w:r w:rsidR="00352C6C">
        <w:t>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</w:t>
      </w:r>
      <w:proofErr w:type="spellStart"/>
      <w:r w:rsidR="00352C6C">
        <w:t>statutárního</w:t>
      </w:r>
      <w:proofErr w:type="spellEnd"/>
      <w:r w:rsidR="00352C6C">
        <w:t xml:space="preserve"> </w:t>
      </w:r>
      <w:proofErr w:type="spellStart"/>
      <w:r w:rsidR="00352C6C">
        <w:t>města</w:t>
      </w:r>
      <w:proofErr w:type="spellEnd"/>
      <w:r w:rsidR="00352C6C">
        <w:t xml:space="preserve"> </w:t>
      </w:r>
      <w:proofErr w:type="spellStart"/>
      <w:r w:rsidR="00352C6C">
        <w:t>Třince</w:t>
      </w:r>
      <w:proofErr w:type="spellEnd"/>
      <w:r w:rsidR="00352C6C">
        <w:t xml:space="preserve">, </w:t>
      </w:r>
      <w:proofErr w:type="spellStart"/>
      <w:r w:rsidR="00352C6C">
        <w:t>kterou</w:t>
      </w:r>
      <w:proofErr w:type="spellEnd"/>
      <w:r w:rsidR="00352C6C">
        <w:t xml:space="preserve"> se </w:t>
      </w:r>
      <w:proofErr w:type="spellStart"/>
      <w:r w:rsidR="00352C6C">
        <w:t>zrušuje</w:t>
      </w:r>
      <w:proofErr w:type="spellEnd"/>
      <w:r w:rsidR="00352C6C">
        <w:t xml:space="preserve"> </w:t>
      </w:r>
      <w:proofErr w:type="spellStart"/>
      <w:r w:rsidR="00352C6C">
        <w:t>obecně</w:t>
      </w:r>
      <w:proofErr w:type="spellEnd"/>
      <w:r w:rsidR="00352C6C">
        <w:t xml:space="preserve"> </w:t>
      </w:r>
      <w:proofErr w:type="spellStart"/>
      <w:r w:rsidR="00352C6C">
        <w:t>závazná</w:t>
      </w:r>
      <w:proofErr w:type="spellEnd"/>
      <w:r w:rsidR="00352C6C">
        <w:t xml:space="preserve"> </w:t>
      </w:r>
      <w:proofErr w:type="spellStart"/>
      <w:r w:rsidR="00352C6C">
        <w:t>vyhláška</w:t>
      </w:r>
      <w:proofErr w:type="spellEnd"/>
      <w:r w:rsidR="00352C6C">
        <w:t xml:space="preserve"> č. 06/2014, o </w:t>
      </w:r>
      <w:proofErr w:type="spellStart"/>
      <w:r w:rsidR="00352C6C">
        <w:t>pravidlech</w:t>
      </w:r>
      <w:proofErr w:type="spellEnd"/>
      <w:r w:rsidR="00352C6C">
        <w:t xml:space="preserve"> </w:t>
      </w:r>
      <w:proofErr w:type="spellStart"/>
      <w:r w:rsidR="00352C6C">
        <w:t>výlepu</w:t>
      </w:r>
      <w:proofErr w:type="spellEnd"/>
      <w:r w:rsidR="00352C6C">
        <w:t xml:space="preserve"> </w:t>
      </w:r>
      <w:proofErr w:type="spellStart"/>
      <w:r w:rsidR="00352C6C">
        <w:t>plakátů</w:t>
      </w:r>
      <w:proofErr w:type="spellEnd"/>
      <w:r w:rsidR="00352C6C">
        <w:t xml:space="preserve">, ze </w:t>
      </w:r>
      <w:proofErr w:type="spellStart"/>
      <w:r w:rsidR="00352C6C">
        <w:t>dne</w:t>
      </w:r>
      <w:proofErr w:type="spellEnd"/>
      <w:r w:rsidR="00352C6C">
        <w:t xml:space="preserve"> 09.12.2014.</w:t>
      </w:r>
    </w:p>
    <w:p w14:paraId="3EE60175" w14:textId="77777777" w:rsidR="004655C1" w:rsidRDefault="004655C1" w:rsidP="004655C1">
      <w:pPr>
        <w:spacing w:after="0" w:line="240" w:lineRule="auto"/>
        <w:ind w:left="340" w:hanging="340"/>
        <w:jc w:val="both"/>
      </w:pPr>
    </w:p>
    <w:p w14:paraId="18D2B322" w14:textId="77777777" w:rsidR="004655C1" w:rsidRDefault="004655C1" w:rsidP="004655C1">
      <w:pPr>
        <w:spacing w:after="0" w:line="240" w:lineRule="auto"/>
        <w:ind w:left="340" w:hanging="340"/>
        <w:jc w:val="both"/>
      </w:pPr>
    </w:p>
    <w:p w14:paraId="662ED9B8" w14:textId="77777777" w:rsidR="004655C1" w:rsidRDefault="004655C1" w:rsidP="004655C1">
      <w:pPr>
        <w:spacing w:after="0" w:line="240" w:lineRule="auto"/>
        <w:jc w:val="center"/>
        <w:rPr>
          <w:b/>
        </w:rPr>
      </w:pPr>
    </w:p>
    <w:p w14:paraId="2E6354CA" w14:textId="77777777" w:rsidR="00501ABD" w:rsidRDefault="00352C6C" w:rsidP="004655C1">
      <w:pPr>
        <w:spacing w:after="0" w:line="240" w:lineRule="auto"/>
        <w:jc w:val="center"/>
      </w:pPr>
      <w:proofErr w:type="spellStart"/>
      <w:r>
        <w:rPr>
          <w:b/>
        </w:rPr>
        <w:t>Čl</w:t>
      </w:r>
      <w:proofErr w:type="spellEnd"/>
      <w:r>
        <w:rPr>
          <w:b/>
        </w:rPr>
        <w:t>. 2</w:t>
      </w:r>
    </w:p>
    <w:p w14:paraId="33B8A745" w14:textId="77777777" w:rsidR="00501ABD" w:rsidRDefault="00352C6C" w:rsidP="004655C1">
      <w:pPr>
        <w:spacing w:after="0" w:line="240" w:lineRule="auto"/>
        <w:jc w:val="center"/>
        <w:rPr>
          <w:b/>
        </w:rPr>
      </w:pPr>
      <w:proofErr w:type="spellStart"/>
      <w:r>
        <w:rPr>
          <w:b/>
        </w:rPr>
        <w:t>Účinnost</w:t>
      </w:r>
      <w:proofErr w:type="spellEnd"/>
    </w:p>
    <w:p w14:paraId="4DF5CC65" w14:textId="77777777" w:rsidR="004655C1" w:rsidRDefault="004655C1" w:rsidP="004655C1">
      <w:pPr>
        <w:spacing w:after="0" w:line="240" w:lineRule="auto"/>
        <w:jc w:val="center"/>
      </w:pPr>
    </w:p>
    <w:p w14:paraId="69AF1FB9" w14:textId="77777777" w:rsidR="00501ABD" w:rsidRDefault="00352C6C" w:rsidP="004655C1">
      <w:pPr>
        <w:spacing w:after="0" w:line="240" w:lineRule="auto"/>
        <w:jc w:val="both"/>
      </w:pPr>
      <w:r>
        <w:t xml:space="preserve">Tato </w:t>
      </w:r>
      <w:proofErr w:type="spellStart"/>
      <w:r>
        <w:t>obecně</w:t>
      </w:r>
      <w:proofErr w:type="spellEnd"/>
      <w:r>
        <w:t xml:space="preserve"> </w:t>
      </w:r>
      <w:proofErr w:type="spellStart"/>
      <w:r>
        <w:t>závazná</w:t>
      </w:r>
      <w:proofErr w:type="spellEnd"/>
      <w:r>
        <w:t xml:space="preserve"> </w:t>
      </w:r>
      <w:proofErr w:type="spellStart"/>
      <w:r>
        <w:t>vyhláška</w:t>
      </w:r>
      <w:proofErr w:type="spellEnd"/>
      <w:r>
        <w:t xml:space="preserve"> </w:t>
      </w:r>
      <w:proofErr w:type="spellStart"/>
      <w:r>
        <w:t>nabývá</w:t>
      </w:r>
      <w:proofErr w:type="spellEnd"/>
      <w:r>
        <w:t xml:space="preserve"> </w:t>
      </w:r>
      <w:proofErr w:type="spellStart"/>
      <w:r>
        <w:t>účinnosti</w:t>
      </w:r>
      <w:proofErr w:type="spellEnd"/>
      <w:r>
        <w:t xml:space="preserve"> </w:t>
      </w:r>
      <w:proofErr w:type="spellStart"/>
      <w:r>
        <w:t>počátkem</w:t>
      </w:r>
      <w:proofErr w:type="spellEnd"/>
      <w:r>
        <w:t xml:space="preserve"> </w:t>
      </w:r>
      <w:proofErr w:type="spellStart"/>
      <w:r>
        <w:t>patnáctého</w:t>
      </w:r>
      <w:proofErr w:type="spellEnd"/>
      <w:r>
        <w:t xml:space="preserve"> </w:t>
      </w:r>
      <w:proofErr w:type="spellStart"/>
      <w:r>
        <w:t>dne</w:t>
      </w:r>
      <w:proofErr w:type="spellEnd"/>
      <w:r>
        <w:t xml:space="preserve"> </w:t>
      </w:r>
      <w:proofErr w:type="spellStart"/>
      <w:r>
        <w:t>následujícího</w:t>
      </w:r>
      <w:proofErr w:type="spellEnd"/>
      <w:r>
        <w:t xml:space="preserve"> po </w:t>
      </w:r>
      <w:proofErr w:type="spellStart"/>
      <w:r>
        <w:t>dni</w:t>
      </w:r>
      <w:proofErr w:type="spellEnd"/>
      <w:r>
        <w:t xml:space="preserve"> </w:t>
      </w:r>
      <w:proofErr w:type="spellStart"/>
      <w:r>
        <w:t>jejího</w:t>
      </w:r>
      <w:proofErr w:type="spellEnd"/>
      <w:r>
        <w:t xml:space="preserve"> </w:t>
      </w:r>
      <w:proofErr w:type="spellStart"/>
      <w:r>
        <w:t>vyhlášení</w:t>
      </w:r>
      <w:proofErr w:type="spellEnd"/>
      <w:r>
        <w:t xml:space="preserve"> a </w:t>
      </w:r>
      <w:proofErr w:type="spellStart"/>
      <w:r>
        <w:t>pozbývá</w:t>
      </w:r>
      <w:proofErr w:type="spellEnd"/>
      <w:r>
        <w:t xml:space="preserve"> </w:t>
      </w:r>
      <w:proofErr w:type="spellStart"/>
      <w:r w:rsidR="0051796F">
        <w:t>platnosti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31. 12. 2026.</w:t>
      </w:r>
    </w:p>
    <w:p w14:paraId="7E60DEA9" w14:textId="77777777" w:rsidR="00501ABD" w:rsidRDefault="00501ABD" w:rsidP="004655C1">
      <w:pPr>
        <w:spacing w:after="0" w:line="240" w:lineRule="auto"/>
      </w:pPr>
    </w:p>
    <w:p w14:paraId="654AED28" w14:textId="77777777" w:rsidR="004655C1" w:rsidRDefault="004655C1" w:rsidP="004655C1">
      <w:pPr>
        <w:spacing w:after="0" w:line="240" w:lineRule="auto"/>
      </w:pPr>
    </w:p>
    <w:p w14:paraId="067909CD" w14:textId="77777777" w:rsidR="004655C1" w:rsidRDefault="004655C1" w:rsidP="004655C1">
      <w:pPr>
        <w:spacing w:after="0" w:line="240" w:lineRule="auto"/>
      </w:pPr>
    </w:p>
    <w:p w14:paraId="6C79B105" w14:textId="77777777" w:rsidR="004655C1" w:rsidRDefault="004655C1" w:rsidP="004655C1">
      <w:pPr>
        <w:spacing w:after="0" w:line="240" w:lineRule="auto"/>
      </w:pPr>
    </w:p>
    <w:p w14:paraId="13890BD3" w14:textId="77777777" w:rsidR="004655C1" w:rsidRDefault="004655C1" w:rsidP="004655C1">
      <w:pPr>
        <w:spacing w:after="0" w:line="240" w:lineRule="auto"/>
      </w:pPr>
    </w:p>
    <w:p w14:paraId="0B974CA3" w14:textId="77777777" w:rsidR="004655C1" w:rsidRDefault="004655C1" w:rsidP="004655C1">
      <w:pPr>
        <w:spacing w:after="0" w:line="240" w:lineRule="auto"/>
      </w:pPr>
    </w:p>
    <w:p w14:paraId="4663B86B" w14:textId="77777777" w:rsidR="004655C1" w:rsidRDefault="004655C1" w:rsidP="004655C1">
      <w:pPr>
        <w:spacing w:after="0" w:line="240" w:lineRule="auto"/>
      </w:pPr>
    </w:p>
    <w:p w14:paraId="7AA6CB57" w14:textId="77777777" w:rsidR="004655C1" w:rsidRDefault="004655C1" w:rsidP="004655C1">
      <w:pPr>
        <w:spacing w:after="0" w:line="240" w:lineRule="auto"/>
      </w:pPr>
    </w:p>
    <w:p w14:paraId="6BD3CD14" w14:textId="77777777" w:rsidR="004655C1" w:rsidRDefault="004655C1" w:rsidP="004655C1">
      <w:pPr>
        <w:spacing w:after="0" w:line="240" w:lineRule="auto"/>
      </w:pPr>
    </w:p>
    <w:p w14:paraId="376F5780" w14:textId="77777777" w:rsidR="004655C1" w:rsidRDefault="004655C1" w:rsidP="004655C1">
      <w:pPr>
        <w:spacing w:after="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501ABD" w14:paraId="2F7CE69E" w14:textId="77777777">
        <w:tc>
          <w:tcPr>
            <w:tcW w:w="4703" w:type="dxa"/>
          </w:tcPr>
          <w:p w14:paraId="457C9E3E" w14:textId="77777777" w:rsidR="00501ABD" w:rsidRDefault="00352C6C" w:rsidP="004655C1">
            <w:pPr>
              <w:spacing w:after="0" w:line="240" w:lineRule="auto"/>
              <w:jc w:val="center"/>
            </w:pPr>
            <w:proofErr w:type="spellStart"/>
            <w:r>
              <w:t>RNDr</w:t>
            </w:r>
            <w:proofErr w:type="spellEnd"/>
            <w:r>
              <w:t xml:space="preserve">. Věra </w:t>
            </w:r>
            <w:proofErr w:type="spellStart"/>
            <w:r>
              <w:t>Palkovská</w:t>
            </w:r>
            <w:proofErr w:type="spellEnd"/>
            <w:r>
              <w:br/>
            </w:r>
            <w:proofErr w:type="spellStart"/>
            <w:r>
              <w:t>primátorka</w:t>
            </w:r>
            <w:proofErr w:type="spellEnd"/>
          </w:p>
        </w:tc>
        <w:tc>
          <w:tcPr>
            <w:tcW w:w="4703" w:type="dxa"/>
          </w:tcPr>
          <w:p w14:paraId="58CF9B12" w14:textId="77777777" w:rsidR="00501ABD" w:rsidRDefault="00352C6C" w:rsidP="004655C1">
            <w:pPr>
              <w:spacing w:after="0" w:line="240" w:lineRule="auto"/>
              <w:jc w:val="center"/>
            </w:pPr>
            <w:r>
              <w:t>Mgr. Ivo Kaleta</w:t>
            </w:r>
            <w:r>
              <w:br/>
            </w:r>
            <w:proofErr w:type="spellStart"/>
            <w:r>
              <w:t>náměstek</w:t>
            </w:r>
            <w:proofErr w:type="spellEnd"/>
            <w:r>
              <w:t xml:space="preserve"> </w:t>
            </w:r>
            <w:proofErr w:type="spellStart"/>
            <w:r>
              <w:t>primátorky</w:t>
            </w:r>
            <w:proofErr w:type="spellEnd"/>
          </w:p>
        </w:tc>
      </w:tr>
    </w:tbl>
    <w:p w14:paraId="65A81682" w14:textId="77777777" w:rsidR="00352C6C" w:rsidRDefault="00352C6C" w:rsidP="004655C1">
      <w:pPr>
        <w:spacing w:after="0" w:line="240" w:lineRule="auto"/>
      </w:pPr>
    </w:p>
    <w:sectPr w:rsidR="00352C6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A3B278F"/>
    <w:multiLevelType w:val="hybridMultilevel"/>
    <w:tmpl w:val="A96E93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763112">
    <w:abstractNumId w:val="8"/>
  </w:num>
  <w:num w:numId="2" w16cid:durableId="1595284503">
    <w:abstractNumId w:val="6"/>
  </w:num>
  <w:num w:numId="3" w16cid:durableId="283384764">
    <w:abstractNumId w:val="5"/>
  </w:num>
  <w:num w:numId="4" w16cid:durableId="461924618">
    <w:abstractNumId w:val="4"/>
  </w:num>
  <w:num w:numId="5" w16cid:durableId="1049719124">
    <w:abstractNumId w:val="7"/>
  </w:num>
  <w:num w:numId="6" w16cid:durableId="83957526">
    <w:abstractNumId w:val="3"/>
  </w:num>
  <w:num w:numId="7" w16cid:durableId="695426143">
    <w:abstractNumId w:val="2"/>
  </w:num>
  <w:num w:numId="8" w16cid:durableId="1420910046">
    <w:abstractNumId w:val="1"/>
  </w:num>
  <w:num w:numId="9" w16cid:durableId="1232348827">
    <w:abstractNumId w:val="0"/>
  </w:num>
  <w:num w:numId="10" w16cid:durableId="10702737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DA6"/>
    <w:rsid w:val="0006063C"/>
    <w:rsid w:val="0015074B"/>
    <w:rsid w:val="0029639D"/>
    <w:rsid w:val="002D2DE6"/>
    <w:rsid w:val="00324F86"/>
    <w:rsid w:val="00326F90"/>
    <w:rsid w:val="00352C6C"/>
    <w:rsid w:val="004655C1"/>
    <w:rsid w:val="00501ABD"/>
    <w:rsid w:val="0051796F"/>
    <w:rsid w:val="007A49B5"/>
    <w:rsid w:val="009B74A9"/>
    <w:rsid w:val="00A762F1"/>
    <w:rsid w:val="00AA1D8D"/>
    <w:rsid w:val="00B47730"/>
    <w:rsid w:val="00C22E0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290E3D"/>
  <w14:defaultImageDpi w14:val="300"/>
  <w15:docId w15:val="{EA4E430E-26FC-4104-9AAE-9B889D459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eastAsia="Arial" w:hAnsi="Arial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26F7D2-2E09-4F59-B2C8-64B2BFB04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3141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Marie Bocková</cp:lastModifiedBy>
  <cp:revision>3</cp:revision>
  <cp:lastPrinted>2026-09-14T10:43:00Z</cp:lastPrinted>
  <dcterms:created xsi:type="dcterms:W3CDTF">2026-09-14T10:42:00Z</dcterms:created>
  <dcterms:modified xsi:type="dcterms:W3CDTF">2026-09-14T10:43:00Z</dcterms:modified>
  <cp:category/>
</cp:coreProperties>
</file>